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Pr="00706A48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</w:pPr>
      <w:r w:rsidRPr="00706A4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SCENARIUSZ ZAJĘĆ </w:t>
      </w:r>
      <w:r w:rsidRPr="00706A48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706A48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706A48">
        <w:rPr>
          <w:rStyle w:val="normaltextrun"/>
          <w:rFonts w:ascii="Calibri" w:hAnsi="Calibri" w:cs="Calibri"/>
          <w:color w:val="000000"/>
          <w:shd w:val="clear" w:color="auto" w:fill="FFFFFF"/>
          <w:lang w:val="pl-PL"/>
        </w:rPr>
        <w:t>realizowany w ramach projektu: </w:t>
      </w:r>
      <w:r w:rsidRPr="00706A48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706A48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706A4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„</w:t>
      </w:r>
      <w:proofErr w:type="spellStart"/>
      <w:r w:rsidRPr="00706A4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GreenTechEducation</w:t>
      </w:r>
      <w:proofErr w:type="spellEnd"/>
      <w:r w:rsidRPr="00706A4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 – SGGW dla gospodarki przyszłości” nr umowy: FERS.01.05-IP.08-0330/23-00</w:t>
      </w:r>
      <w:r w:rsidRPr="00706A48"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  <w:t> </w:t>
      </w:r>
    </w:p>
    <w:p w14:paraId="4D049BA5" w14:textId="0806DEF4" w:rsidR="551F1297" w:rsidRPr="00C97566" w:rsidRDefault="551F1297" w:rsidP="4549D576">
      <w:pPr>
        <w:pStyle w:val="Nagwek1"/>
        <w:rPr>
          <w:color w:val="auto"/>
        </w:rPr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</w:t>
      </w:r>
      <w:r w:rsidRPr="00C97566">
        <w:rPr>
          <w:rFonts w:ascii="Calibri" w:eastAsia="Calibri" w:hAnsi="Calibri" w:cs="Calibri"/>
          <w:color w:val="auto"/>
          <w:sz w:val="24"/>
          <w:szCs w:val="24"/>
        </w:rPr>
        <w:t>nformacje</w:t>
      </w:r>
      <w:proofErr w:type="spellEnd"/>
      <w:r w:rsidRPr="00C9756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7566">
        <w:rPr>
          <w:rFonts w:ascii="Calibri" w:eastAsia="Calibri" w:hAnsi="Calibri" w:cs="Calibri"/>
          <w:color w:val="auto"/>
          <w:sz w:val="24"/>
          <w:szCs w:val="24"/>
        </w:rPr>
        <w:t>ogólne</w:t>
      </w:r>
      <w:proofErr w:type="spellEnd"/>
      <w:r w:rsidRPr="00C97566">
        <w:rPr>
          <w:rFonts w:ascii="Calibri" w:eastAsia="Calibri" w:hAnsi="Calibri" w:cs="Calibri"/>
          <w:color w:val="auto"/>
          <w:sz w:val="24"/>
          <w:szCs w:val="24"/>
        </w:rPr>
        <w:t xml:space="preserve"> o </w:t>
      </w:r>
      <w:proofErr w:type="spellStart"/>
      <w:r w:rsidRPr="00C97566">
        <w:rPr>
          <w:rFonts w:ascii="Calibri" w:eastAsia="Calibri" w:hAnsi="Calibri" w:cs="Calibri"/>
          <w:color w:val="auto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C97566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Przedmiot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6722FC50" w:rsidR="4549D576" w:rsidRPr="00C97566" w:rsidRDefault="4549D576" w:rsidP="4549D576">
            <w:r w:rsidRPr="00C97566">
              <w:rPr>
                <w:rFonts w:ascii="Calibri" w:eastAsia="Calibri" w:hAnsi="Calibri" w:cs="Calibri"/>
              </w:rPr>
              <w:t xml:space="preserve"> </w:t>
            </w:r>
            <w:r w:rsidR="002041AF" w:rsidRPr="00C97566">
              <w:rPr>
                <w:rFonts w:ascii="Calibri" w:eastAsia="Calibri" w:hAnsi="Calibri" w:cs="Calibri"/>
                <w:lang w:val="pl-PL"/>
              </w:rPr>
              <w:t>Chirurgia ogólna i anestezjologia</w:t>
            </w:r>
          </w:p>
        </w:tc>
      </w:tr>
      <w:tr w:rsidR="4549D576" w:rsidRPr="00C97566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Kierunek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studiów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72A52811" w:rsidR="4549D576" w:rsidRPr="00C97566" w:rsidRDefault="4549D576" w:rsidP="4549D576"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706A48" w:rsidRPr="00C97566">
              <w:rPr>
                <w:rFonts w:ascii="Calibri" w:eastAsia="Calibri" w:hAnsi="Calibri" w:cs="Calibri"/>
              </w:rPr>
              <w:t>weterynaria</w:t>
            </w:r>
            <w:proofErr w:type="spellEnd"/>
          </w:p>
        </w:tc>
      </w:tr>
      <w:tr w:rsidR="4549D576" w:rsidRPr="00C97566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Poziom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studiów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3BA183F4" w:rsidR="4549D576" w:rsidRPr="00C97566" w:rsidRDefault="4549D576" w:rsidP="4549D576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 xml:space="preserve">jednolite magisterskie </w:t>
            </w:r>
          </w:p>
        </w:tc>
      </w:tr>
      <w:tr w:rsidR="4549D576" w:rsidRPr="00C97566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Semestr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1F0C7DE3" w:rsidR="4549D576" w:rsidRPr="00C97566" w:rsidRDefault="002041AF" w:rsidP="4549D576">
            <w:r w:rsidRPr="00C97566">
              <w:rPr>
                <w:lang w:val="pl-PL"/>
              </w:rPr>
              <w:t>Semestr 6</w:t>
            </w:r>
          </w:p>
        </w:tc>
      </w:tr>
      <w:tr w:rsidR="4549D576" w:rsidRPr="00C97566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Jednostka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organizacyjna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14BE3FC1" w:rsidR="4549D576" w:rsidRPr="00C97566" w:rsidRDefault="002041AF" w:rsidP="4549D576">
            <w:proofErr w:type="spellStart"/>
            <w:r w:rsidRPr="00C97566">
              <w:rPr>
                <w:rFonts w:ascii="Calibri" w:eastAsia="Calibri" w:hAnsi="Calibri" w:cs="Calibri"/>
              </w:rPr>
              <w:t>Wydział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Medycyny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Weterynaryjnej</w:t>
            </w:r>
            <w:proofErr w:type="spellEnd"/>
          </w:p>
        </w:tc>
      </w:tr>
      <w:tr w:rsidR="4549D576" w:rsidRPr="00C97566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Liczba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godzin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C97566">
              <w:rPr>
                <w:rFonts w:ascii="Calibri" w:eastAsia="Calibri" w:hAnsi="Calibri" w:cs="Calibri"/>
              </w:rPr>
              <w:t>łącznie</w:t>
            </w:r>
            <w:proofErr w:type="spellEnd"/>
            <w:r w:rsidRPr="00C97566">
              <w:rPr>
                <w:rFonts w:ascii="Calibri" w:eastAsia="Calibri" w:hAnsi="Calibri" w:cs="Calibri"/>
              </w:rPr>
              <w:t>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1447BC7A" w:rsidR="4549D576" w:rsidRPr="00C97566" w:rsidRDefault="002041AF" w:rsidP="4549D576">
            <w:r w:rsidRPr="00C97566">
              <w:rPr>
                <w:rFonts w:ascii="Calibri" w:eastAsia="Calibri" w:hAnsi="Calibri" w:cs="Calibri"/>
              </w:rPr>
              <w:t>45</w:t>
            </w:r>
          </w:p>
        </w:tc>
      </w:tr>
      <w:tr w:rsidR="4549D576" w:rsidRPr="00C97566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Liczba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scenariuszy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C97566">
              <w:rPr>
                <w:rFonts w:ascii="Calibri" w:eastAsia="Calibri" w:hAnsi="Calibri" w:cs="Calibri"/>
              </w:rPr>
              <w:t>przedmiocie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38F1DF10" w:rsidR="4549D576" w:rsidRPr="00C97566" w:rsidRDefault="002041AF" w:rsidP="4549D576">
            <w:r w:rsidRPr="00C97566">
              <w:rPr>
                <w:rFonts w:ascii="Calibri" w:eastAsia="Calibri" w:hAnsi="Calibri" w:cs="Calibri"/>
              </w:rPr>
              <w:t>4</w:t>
            </w:r>
          </w:p>
        </w:tc>
      </w:tr>
      <w:tr w:rsidR="4549D576" w:rsidRPr="00C97566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Liczba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godzin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wykładów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0A8445EB" w:rsidR="4549D576" w:rsidRPr="00C97566" w:rsidRDefault="4549D576" w:rsidP="4549D576">
            <w:r w:rsidRPr="00C97566">
              <w:rPr>
                <w:rFonts w:ascii="Calibri" w:eastAsia="Calibri" w:hAnsi="Calibri" w:cs="Calibri"/>
              </w:rPr>
              <w:t xml:space="preserve"> </w:t>
            </w:r>
            <w:r w:rsidR="002041AF" w:rsidRPr="00C97566">
              <w:rPr>
                <w:rFonts w:ascii="Calibri" w:eastAsia="Calibri" w:hAnsi="Calibri" w:cs="Calibri"/>
              </w:rPr>
              <w:t>15</w:t>
            </w:r>
          </w:p>
        </w:tc>
      </w:tr>
      <w:tr w:rsidR="4549D576" w:rsidRPr="00C97566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Liczba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godzin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ćwiczeń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5D02BCA5" w:rsidR="4549D576" w:rsidRPr="00C97566" w:rsidRDefault="4549D576" w:rsidP="4549D576">
            <w:r w:rsidRPr="00C97566">
              <w:rPr>
                <w:rFonts w:ascii="Calibri" w:eastAsia="Calibri" w:hAnsi="Calibri" w:cs="Calibri"/>
              </w:rPr>
              <w:t xml:space="preserve"> </w:t>
            </w:r>
            <w:r w:rsidR="002041AF" w:rsidRPr="00C97566">
              <w:rPr>
                <w:rFonts w:ascii="Calibri" w:eastAsia="Calibri" w:hAnsi="Calibri" w:cs="Calibri"/>
              </w:rPr>
              <w:t>30</w:t>
            </w:r>
          </w:p>
        </w:tc>
      </w:tr>
      <w:tr w:rsidR="4549D576" w:rsidRPr="00C97566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Liczba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5C60E425" w:rsidR="4549D576" w:rsidRPr="00C97566" w:rsidRDefault="4549D576" w:rsidP="4549D576">
            <w:r w:rsidRPr="00C97566">
              <w:rPr>
                <w:rFonts w:ascii="Calibri" w:eastAsia="Calibri" w:hAnsi="Calibri" w:cs="Calibri"/>
              </w:rPr>
              <w:t xml:space="preserve"> </w:t>
            </w:r>
            <w:r w:rsidR="002041AF" w:rsidRPr="00C97566">
              <w:rPr>
                <w:rFonts w:ascii="Calibri" w:eastAsia="Calibri" w:hAnsi="Calibri" w:cs="Calibri"/>
              </w:rPr>
              <w:t>4</w:t>
            </w:r>
          </w:p>
        </w:tc>
      </w:tr>
      <w:tr w:rsidR="4549D576" w:rsidRPr="00C97566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Koordynator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przedmiotu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7A44270F" w:rsidR="4549D576" w:rsidRPr="00C97566" w:rsidRDefault="4549D576" w:rsidP="4549D576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612C77" w:rsidRPr="00C97566">
              <w:rPr>
                <w:rFonts w:ascii="Calibri" w:eastAsia="Calibri" w:hAnsi="Calibri" w:cs="Calibri"/>
                <w:lang w:val="pl-PL"/>
              </w:rPr>
              <w:t xml:space="preserve">Prof. dr hab. </w:t>
            </w:r>
            <w:r w:rsidR="002041AF" w:rsidRPr="00C97566">
              <w:rPr>
                <w:rFonts w:ascii="Calibri" w:eastAsia="Calibri" w:hAnsi="Calibri" w:cs="Calibri"/>
                <w:lang w:val="pl-PL"/>
              </w:rPr>
              <w:t>Jacek Sterna</w:t>
            </w:r>
          </w:p>
        </w:tc>
      </w:tr>
    </w:tbl>
    <w:p w14:paraId="6B2CB23D" w14:textId="3B74215B" w:rsidR="551F1297" w:rsidRPr="00C97566" w:rsidRDefault="551F1297" w:rsidP="4549D576">
      <w:pPr>
        <w:pStyle w:val="Nagwek1"/>
        <w:rPr>
          <w:color w:val="auto"/>
        </w:rPr>
      </w:pPr>
      <w:proofErr w:type="spellStart"/>
      <w:r w:rsidRPr="00C97566">
        <w:rPr>
          <w:rFonts w:ascii="Calibri" w:eastAsia="Calibri" w:hAnsi="Calibri" w:cs="Calibri"/>
          <w:color w:val="auto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C97566" w14:paraId="1F3226C2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Scenariusz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62272C4B" w:rsidR="4549D576" w:rsidRPr="00C97566" w:rsidRDefault="003E48BF" w:rsidP="4549D576">
            <w:r w:rsidRPr="00C97566">
              <w:rPr>
                <w:rFonts w:ascii="Calibri" w:eastAsia="Calibri" w:hAnsi="Calibri" w:cs="Calibri"/>
              </w:rPr>
              <w:t>1</w:t>
            </w:r>
          </w:p>
        </w:tc>
      </w:tr>
      <w:tr w:rsidR="4549D576" w:rsidRPr="00C97566" w14:paraId="4D393EB1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Pr="00C97566" w:rsidRDefault="4549D576" w:rsidP="4549D576">
            <w:r w:rsidRPr="00C97566">
              <w:rPr>
                <w:rFonts w:ascii="Calibri" w:eastAsia="Calibri" w:hAnsi="Calibri" w:cs="Calibri"/>
              </w:rPr>
              <w:t xml:space="preserve">Temat </w:t>
            </w:r>
            <w:proofErr w:type="spellStart"/>
            <w:r w:rsidRPr="00C97566">
              <w:rPr>
                <w:rFonts w:ascii="Calibri" w:eastAsia="Calibri" w:hAnsi="Calibri" w:cs="Calibri"/>
              </w:rPr>
              <w:t>zajęć</w:t>
            </w:r>
            <w:proofErr w:type="spellEnd"/>
            <w:r w:rsidRPr="00C97566">
              <w:rPr>
                <w:rFonts w:ascii="Calibri" w:eastAsia="Calibri" w:hAnsi="Calibri" w:cs="Calibri"/>
              </w:rPr>
              <w:t>/</w:t>
            </w:r>
            <w:proofErr w:type="spellStart"/>
            <w:r w:rsidRPr="00C97566">
              <w:rPr>
                <w:rFonts w:ascii="Calibri" w:eastAsia="Calibri" w:hAnsi="Calibri" w:cs="Calibri"/>
              </w:rPr>
              <w:t>blok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tematyczny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731E00" w14:textId="77777777" w:rsidR="002041AF" w:rsidRPr="00C97566" w:rsidRDefault="002041AF" w:rsidP="002041AF">
            <w:p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00C97566">
              <w:rPr>
                <w:rFonts w:ascii="Calibri" w:eastAsia="Calibri" w:hAnsi="Calibri" w:cs="Calibri"/>
                <w:b/>
                <w:bCs/>
              </w:rPr>
              <w:t>Techniki</w:t>
            </w:r>
            <w:proofErr w:type="spellEnd"/>
            <w:r w:rsidRPr="00C97566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  <w:b/>
                <w:bCs/>
              </w:rPr>
              <w:t>szycia</w:t>
            </w:r>
            <w:proofErr w:type="spellEnd"/>
            <w:r w:rsidRPr="00C97566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  <w:b/>
                <w:bCs/>
              </w:rPr>
              <w:t>chirurgicznego</w:t>
            </w:r>
            <w:proofErr w:type="spellEnd"/>
            <w:r w:rsidRPr="00C97566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  <w:b/>
                <w:bCs/>
              </w:rPr>
              <w:t>i</w:t>
            </w:r>
            <w:proofErr w:type="spellEnd"/>
            <w:r w:rsidRPr="00C97566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  <w:b/>
                <w:bCs/>
              </w:rPr>
              <w:t>wiązania</w:t>
            </w:r>
            <w:proofErr w:type="spellEnd"/>
            <w:r w:rsidRPr="00C97566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  <w:b/>
                <w:bCs/>
              </w:rPr>
              <w:t>węzłów</w:t>
            </w:r>
            <w:proofErr w:type="spellEnd"/>
            <w:r w:rsidRPr="00C97566">
              <w:rPr>
                <w:rFonts w:ascii="Calibri" w:eastAsia="Calibri" w:hAnsi="Calibri" w:cs="Calibri"/>
                <w:b/>
                <w:bCs/>
              </w:rPr>
              <w:t xml:space="preserve"> z </w:t>
            </w:r>
            <w:proofErr w:type="spellStart"/>
            <w:r w:rsidRPr="00C97566">
              <w:rPr>
                <w:rFonts w:ascii="Calibri" w:eastAsia="Calibri" w:hAnsi="Calibri" w:cs="Calibri"/>
                <w:b/>
                <w:bCs/>
              </w:rPr>
              <w:t>wykorzystaniem</w:t>
            </w:r>
            <w:proofErr w:type="spellEnd"/>
            <w:r w:rsidRPr="00C97566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  <w:b/>
                <w:bCs/>
              </w:rPr>
              <w:t>fantomów</w:t>
            </w:r>
            <w:proofErr w:type="spellEnd"/>
            <w:r w:rsidRPr="00C97566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  <w:b/>
                <w:bCs/>
              </w:rPr>
              <w:t>oraz</w:t>
            </w:r>
            <w:proofErr w:type="spellEnd"/>
            <w:r w:rsidRPr="00C97566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  <w:b/>
                <w:bCs/>
              </w:rPr>
              <w:t>modeli</w:t>
            </w:r>
            <w:proofErr w:type="spellEnd"/>
            <w:r w:rsidRPr="00C97566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  <w:b/>
                <w:bCs/>
              </w:rPr>
              <w:t>szkoleniowych</w:t>
            </w:r>
            <w:proofErr w:type="spellEnd"/>
          </w:p>
          <w:p w14:paraId="6A5818A6" w14:textId="0220914E" w:rsidR="4549D576" w:rsidRPr="00C97566" w:rsidRDefault="4549D576" w:rsidP="4549D576">
            <w:pPr>
              <w:rPr>
                <w:lang w:val="pl-PL"/>
              </w:rPr>
            </w:pPr>
          </w:p>
        </w:tc>
      </w:tr>
      <w:tr w:rsidR="4549D576" w:rsidRPr="00C97566" w14:paraId="339C660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Pr="00C97566" w:rsidRDefault="4549D576" w:rsidP="4549D576">
            <w:r w:rsidRPr="00C97566">
              <w:rPr>
                <w:rFonts w:ascii="Calibri" w:eastAsia="Calibri" w:hAnsi="Calibri" w:cs="Calibri"/>
              </w:rPr>
              <w:t xml:space="preserve">Forma </w:t>
            </w:r>
            <w:proofErr w:type="spellStart"/>
            <w:r w:rsidRPr="00C97566">
              <w:rPr>
                <w:rFonts w:ascii="Calibri" w:eastAsia="Calibri" w:hAnsi="Calibri" w:cs="Calibri"/>
              </w:rPr>
              <w:t>zajęć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5E3469D3" w:rsidR="4549D576" w:rsidRPr="00C97566" w:rsidRDefault="00612C77" w:rsidP="4549D576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>Ć</w:t>
            </w:r>
            <w:r w:rsidR="4549D576" w:rsidRPr="00C97566">
              <w:rPr>
                <w:rFonts w:ascii="Calibri" w:eastAsia="Calibri" w:hAnsi="Calibri" w:cs="Calibri"/>
                <w:lang w:val="pl-PL"/>
              </w:rPr>
              <w:t>wiczenia</w:t>
            </w:r>
          </w:p>
        </w:tc>
      </w:tr>
      <w:tr w:rsidR="4549D576" w:rsidRPr="00C97566" w14:paraId="79BFCE16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C97566" w:rsidRDefault="4549D576" w:rsidP="4549D576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2F6F427D" w:rsidR="4549D576" w:rsidRPr="00C97566" w:rsidRDefault="007C2862" w:rsidP="4549D576">
            <w:pPr>
              <w:rPr>
                <w:lang w:val="pl-PL"/>
              </w:rPr>
            </w:pPr>
            <w:r>
              <w:rPr>
                <w:lang w:val="pl-PL"/>
              </w:rPr>
              <w:t>90</w:t>
            </w:r>
            <w:r w:rsidR="007E4B8F" w:rsidRPr="00C97566">
              <w:rPr>
                <w:lang w:val="pl-PL"/>
              </w:rPr>
              <w:t xml:space="preserve"> minut</w:t>
            </w:r>
          </w:p>
        </w:tc>
      </w:tr>
      <w:tr w:rsidR="4549D576" w:rsidRPr="00C97566" w14:paraId="1097889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C97566" w:rsidRDefault="4549D576" w:rsidP="4549D576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019402F4" w:rsidR="4549D576" w:rsidRPr="00C97566" w:rsidRDefault="00875147" w:rsidP="4549D576">
            <w:pPr>
              <w:rPr>
                <w:lang w:val="pl-PL"/>
              </w:rPr>
            </w:pPr>
            <w:proofErr w:type="spellStart"/>
            <w:r>
              <w:rPr>
                <w:rFonts w:ascii="Calibri" w:eastAsia="Calibri" w:hAnsi="Calibri" w:cs="Calibri"/>
              </w:rPr>
              <w:t>Zaprezentowanie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praktycznych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umiejętności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zakładania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szwów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chirurgicznych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na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fantomach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i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modelach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szkoleniowych</w:t>
            </w:r>
            <w:proofErr w:type="spellEnd"/>
            <w:r>
              <w:rPr>
                <w:rFonts w:ascii="Calibri" w:eastAsia="Calibri" w:hAnsi="Calibri" w:cs="Calibri"/>
              </w:rPr>
              <w:t xml:space="preserve"> I </w:t>
            </w:r>
            <w:proofErr w:type="spellStart"/>
            <w:r>
              <w:rPr>
                <w:rFonts w:ascii="Calibri" w:eastAsia="Calibri" w:hAnsi="Calibri" w:cs="Calibri"/>
              </w:rPr>
              <w:t>uczenie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</w:rPr>
              <w:t>się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poprzez</w:t>
            </w:r>
            <w:proofErr w:type="spellEnd"/>
            <w:proofErr w:type="gramEnd"/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wielokrotne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wykonywanie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procedur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chirurgicznych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warunkach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2F28" w:rsidRPr="00C97566">
              <w:rPr>
                <w:rFonts w:ascii="Calibri" w:eastAsia="Calibri" w:hAnsi="Calibri" w:cs="Calibri"/>
              </w:rPr>
              <w:t>symulowanych</w:t>
            </w:r>
            <w:proofErr w:type="spellEnd"/>
            <w:r w:rsidR="00AA2F28" w:rsidRPr="00C97566">
              <w:rPr>
                <w:rFonts w:ascii="Calibri" w:eastAsia="Calibri" w:hAnsi="Calibri" w:cs="Calibri"/>
              </w:rPr>
              <w:t>.</w:t>
            </w:r>
          </w:p>
        </w:tc>
      </w:tr>
      <w:tr w:rsidR="4549D576" w:rsidRPr="00C97566" w14:paraId="452D20ED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C97566" w:rsidRDefault="4549D576" w:rsidP="4549D576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246025" w14:textId="77777777" w:rsidR="003A0AC6" w:rsidRPr="00C97566" w:rsidRDefault="00A557B3" w:rsidP="4549D576">
            <w:pPr>
              <w:rPr>
                <w:rFonts w:ascii="Calibri" w:eastAsia="Calibri" w:hAnsi="Calibri" w:cs="Calibri"/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>Z</w:t>
            </w:r>
            <w:r w:rsidR="00612C77" w:rsidRPr="00C97566">
              <w:rPr>
                <w:rFonts w:ascii="Calibri" w:eastAsia="Calibri" w:hAnsi="Calibri" w:cs="Calibri"/>
                <w:lang w:val="pl-PL"/>
              </w:rPr>
              <w:t>apoznanie</w:t>
            </w:r>
            <w:r w:rsidR="00F95C39" w:rsidRPr="00C97566">
              <w:rPr>
                <w:rFonts w:ascii="Calibri" w:eastAsia="Calibri" w:hAnsi="Calibri" w:cs="Calibri"/>
                <w:lang w:val="pl-PL"/>
              </w:rPr>
              <w:t xml:space="preserve"> studentów</w:t>
            </w:r>
            <w:r w:rsidR="00612C77" w:rsidRPr="00C97566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9157FD" w:rsidRPr="00C97566">
              <w:rPr>
                <w:rFonts w:ascii="Calibri" w:eastAsia="Calibri" w:hAnsi="Calibri" w:cs="Calibri"/>
                <w:lang w:val="pl-PL"/>
              </w:rPr>
              <w:t xml:space="preserve">z </w:t>
            </w:r>
            <w:r w:rsidR="004D3493" w:rsidRPr="00C97566">
              <w:rPr>
                <w:rFonts w:ascii="Calibri" w:eastAsia="Calibri" w:hAnsi="Calibri" w:cs="Calibri"/>
                <w:lang w:val="pl-PL"/>
              </w:rPr>
              <w:t xml:space="preserve">zagadnieniami: </w:t>
            </w:r>
          </w:p>
          <w:p w14:paraId="700ADE4C" w14:textId="77777777" w:rsidR="00E15201" w:rsidRPr="00C97566" w:rsidRDefault="00E15201" w:rsidP="00E15201">
            <w:pPr>
              <w:pStyle w:val="Listapunktowana"/>
              <w:numPr>
                <w:ilvl w:val="0"/>
                <w:numId w:val="15"/>
              </w:numPr>
            </w:pPr>
            <w:proofErr w:type="spellStart"/>
            <w:r w:rsidRPr="00C97566">
              <w:t>Opanowanie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chwytu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narzędzi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chirurgicznych</w:t>
            </w:r>
            <w:proofErr w:type="spellEnd"/>
            <w:r w:rsidRPr="00C97566">
              <w:t>.</w:t>
            </w:r>
          </w:p>
          <w:p w14:paraId="00FF7613" w14:textId="6C0D71F7" w:rsidR="00AA2F28" w:rsidRPr="00C97566" w:rsidRDefault="00AA2F28" w:rsidP="00E15201">
            <w:pPr>
              <w:pStyle w:val="Listapunktowana"/>
              <w:numPr>
                <w:ilvl w:val="0"/>
                <w:numId w:val="15"/>
              </w:numPr>
            </w:pPr>
            <w:proofErr w:type="spellStart"/>
            <w:r w:rsidRPr="00C97566">
              <w:t>Prowadzenie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nici</w:t>
            </w:r>
            <w:proofErr w:type="spellEnd"/>
            <w:r w:rsidRPr="00C97566">
              <w:t xml:space="preserve">, </w:t>
            </w:r>
            <w:proofErr w:type="spellStart"/>
            <w:r w:rsidRPr="00C97566">
              <w:t>kontrolowanie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materiału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szewnego</w:t>
            </w:r>
            <w:proofErr w:type="spellEnd"/>
          </w:p>
          <w:p w14:paraId="6BFEEDDC" w14:textId="77777777" w:rsidR="00E15201" w:rsidRPr="00C97566" w:rsidRDefault="00E15201" w:rsidP="00E15201">
            <w:pPr>
              <w:pStyle w:val="Listapunktowana"/>
              <w:numPr>
                <w:ilvl w:val="0"/>
                <w:numId w:val="15"/>
              </w:numPr>
            </w:pPr>
            <w:proofErr w:type="spellStart"/>
            <w:r w:rsidRPr="00C97566">
              <w:lastRenderedPageBreak/>
              <w:t>Wykonywanie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węzła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płaskiego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i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chirurgicznego</w:t>
            </w:r>
            <w:proofErr w:type="spellEnd"/>
            <w:r w:rsidRPr="00C97566">
              <w:t>.</w:t>
            </w:r>
          </w:p>
          <w:p w14:paraId="2DF812A0" w14:textId="77777777" w:rsidR="00E15201" w:rsidRPr="00C97566" w:rsidRDefault="00E15201" w:rsidP="00E15201">
            <w:pPr>
              <w:pStyle w:val="Listapunktowana"/>
              <w:numPr>
                <w:ilvl w:val="0"/>
                <w:numId w:val="15"/>
              </w:numPr>
            </w:pPr>
            <w:proofErr w:type="spellStart"/>
            <w:r w:rsidRPr="00C97566">
              <w:t>Zakładanie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szwu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pojedynczego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przerywanego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i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szwu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ciągłego</w:t>
            </w:r>
            <w:proofErr w:type="spellEnd"/>
            <w:r w:rsidRPr="00C97566">
              <w:t>.</w:t>
            </w:r>
          </w:p>
          <w:p w14:paraId="20EF47CA" w14:textId="71282620" w:rsidR="00E15201" w:rsidRPr="00C97566" w:rsidRDefault="00E15201" w:rsidP="00E15201">
            <w:pPr>
              <w:pStyle w:val="Listapunktowana"/>
              <w:numPr>
                <w:ilvl w:val="0"/>
                <w:numId w:val="15"/>
              </w:numPr>
            </w:pPr>
            <w:proofErr w:type="spellStart"/>
            <w:r w:rsidRPr="00C97566">
              <w:t>Doskonalenie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techniki</w:t>
            </w:r>
            <w:proofErr w:type="spellEnd"/>
            <w:r w:rsidR="00FA7A72">
              <w:t xml:space="preserve"> </w:t>
            </w:r>
            <w:proofErr w:type="spellStart"/>
            <w:r w:rsidR="00FA7A72">
              <w:t>na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podkładkach</w:t>
            </w:r>
            <w:proofErr w:type="spellEnd"/>
            <w:r w:rsidRPr="00C97566">
              <w:t xml:space="preserve"> do </w:t>
            </w:r>
            <w:proofErr w:type="spellStart"/>
            <w:r w:rsidRPr="00C97566">
              <w:t>szycia</w:t>
            </w:r>
            <w:proofErr w:type="spellEnd"/>
            <w:r w:rsidR="00AA2F28" w:rsidRPr="00C97566">
              <w:t xml:space="preserve"> </w:t>
            </w:r>
            <w:proofErr w:type="spellStart"/>
            <w:r w:rsidR="00FA7A72">
              <w:t>i</w:t>
            </w:r>
            <w:proofErr w:type="spellEnd"/>
            <w:r w:rsidR="00AA2F28" w:rsidRPr="00C97566">
              <w:t xml:space="preserve"> </w:t>
            </w:r>
            <w:proofErr w:type="spellStart"/>
            <w:r w:rsidR="00AA2F28" w:rsidRPr="00C97566">
              <w:t>na</w:t>
            </w:r>
            <w:proofErr w:type="spellEnd"/>
            <w:r w:rsidR="00AA2F28" w:rsidRPr="00C97566">
              <w:t xml:space="preserve"> </w:t>
            </w:r>
            <w:proofErr w:type="spellStart"/>
            <w:r w:rsidR="00AA2F28" w:rsidRPr="00C97566">
              <w:t>fantomie</w:t>
            </w:r>
            <w:proofErr w:type="spellEnd"/>
            <w:r w:rsidR="00AA2F28" w:rsidRPr="00C97566">
              <w:t xml:space="preserve"> </w:t>
            </w:r>
            <w:proofErr w:type="spellStart"/>
            <w:r w:rsidR="00AA2F28" w:rsidRPr="00C97566">
              <w:t>jelita</w:t>
            </w:r>
            <w:proofErr w:type="spellEnd"/>
            <w:r w:rsidR="00AA2F28" w:rsidRPr="00C97566">
              <w:t>.</w:t>
            </w:r>
          </w:p>
          <w:p w14:paraId="16A1C4B0" w14:textId="77777777" w:rsidR="00E15201" w:rsidRPr="00C97566" w:rsidRDefault="00E15201" w:rsidP="00E15201">
            <w:pPr>
              <w:pStyle w:val="Listapunktowana"/>
              <w:numPr>
                <w:ilvl w:val="0"/>
                <w:numId w:val="15"/>
              </w:numPr>
            </w:pPr>
            <w:proofErr w:type="spellStart"/>
            <w:r w:rsidRPr="00C97566">
              <w:t>Samoocena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jakości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wykonanych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szwów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i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analiza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błędów</w:t>
            </w:r>
            <w:proofErr w:type="spellEnd"/>
            <w:r w:rsidRPr="00C97566">
              <w:t>.</w:t>
            </w:r>
          </w:p>
          <w:p w14:paraId="270269CA" w14:textId="0B69AC7D" w:rsidR="00310097" w:rsidRPr="00C97566" w:rsidRDefault="00310097" w:rsidP="00E15201">
            <w:pPr>
              <w:pStyle w:val="Akapitzlist"/>
              <w:rPr>
                <w:lang w:val="pl-PL"/>
              </w:rPr>
            </w:pPr>
          </w:p>
        </w:tc>
      </w:tr>
      <w:tr w:rsidR="4549D576" w:rsidRPr="00C97566" w14:paraId="3E5F231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C97566" w:rsidRDefault="4549D576" w:rsidP="4549D576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68995090" w:rsidR="4549D576" w:rsidRPr="00C97566" w:rsidRDefault="005D4D6F" w:rsidP="4549D576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>K</w:t>
            </w:r>
            <w:r w:rsidR="4549D576" w:rsidRPr="00C97566">
              <w:rPr>
                <w:rFonts w:ascii="Calibri" w:eastAsia="Calibri" w:hAnsi="Calibri" w:cs="Calibri"/>
                <w:lang w:val="pl-PL"/>
              </w:rPr>
              <w:t xml:space="preserve">omputer, projektor, dostęp do </w:t>
            </w:r>
            <w:proofErr w:type="spellStart"/>
            <w:r w:rsidR="4549D576" w:rsidRPr="00C97566">
              <w:rPr>
                <w:rFonts w:ascii="Calibri" w:eastAsia="Calibri" w:hAnsi="Calibri" w:cs="Calibri"/>
                <w:lang w:val="pl-PL"/>
              </w:rPr>
              <w:t>internetu</w:t>
            </w:r>
            <w:proofErr w:type="spellEnd"/>
            <w:r w:rsidR="4549D576" w:rsidRPr="00C97566">
              <w:rPr>
                <w:rFonts w:ascii="Calibri" w:eastAsia="Calibri" w:hAnsi="Calibri" w:cs="Calibri"/>
                <w:lang w:val="pl-PL"/>
              </w:rPr>
              <w:t xml:space="preserve">, </w:t>
            </w:r>
            <w:r w:rsidR="00F95C39" w:rsidRPr="00C97566">
              <w:rPr>
                <w:rFonts w:ascii="Calibri" w:eastAsia="Calibri" w:hAnsi="Calibri" w:cs="Calibri"/>
                <w:lang w:val="pl-PL"/>
              </w:rPr>
              <w:t>dostęp do fantomów/modeli (</w:t>
            </w:r>
            <w:proofErr w:type="spellStart"/>
            <w:r w:rsidR="00F95C39" w:rsidRPr="00C97566">
              <w:rPr>
                <w:rFonts w:ascii="Calibri" w:eastAsia="Calibri" w:hAnsi="Calibri" w:cs="Calibri"/>
                <w:lang w:val="pl-PL"/>
              </w:rPr>
              <w:t>Skill</w:t>
            </w:r>
            <w:proofErr w:type="spellEnd"/>
            <w:r w:rsidR="00F95C39" w:rsidRPr="00C97566">
              <w:rPr>
                <w:rFonts w:ascii="Calibri" w:eastAsia="Calibri" w:hAnsi="Calibri" w:cs="Calibri"/>
                <w:lang w:val="pl-PL"/>
              </w:rPr>
              <w:t xml:space="preserve"> Lab).</w:t>
            </w:r>
          </w:p>
        </w:tc>
      </w:tr>
      <w:tr w:rsidR="4549D576" w:rsidRPr="00C97566" w14:paraId="4430045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Czynności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organizacyjne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i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F2C914" w14:textId="77777777" w:rsidR="00E15201" w:rsidRPr="00C97566" w:rsidRDefault="00E15201" w:rsidP="00E15201">
            <w:pPr>
              <w:rPr>
                <w:rFonts w:ascii="Calibri" w:eastAsia="Calibri" w:hAnsi="Calibri" w:cs="Calibri"/>
              </w:rPr>
            </w:pPr>
            <w:proofErr w:type="spellStart"/>
            <w:r w:rsidRPr="00C97566">
              <w:rPr>
                <w:rFonts w:ascii="Calibri" w:eastAsia="Calibri" w:hAnsi="Calibri" w:cs="Calibri"/>
              </w:rPr>
              <w:t>Przygotowanie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stanowisk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C97566">
              <w:rPr>
                <w:rFonts w:ascii="Calibri" w:eastAsia="Calibri" w:hAnsi="Calibri" w:cs="Calibri"/>
              </w:rPr>
              <w:t>sprawdzenie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kompletności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fantomów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i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narzędzi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C97566">
              <w:rPr>
                <w:rFonts w:ascii="Calibri" w:eastAsia="Calibri" w:hAnsi="Calibri" w:cs="Calibri"/>
              </w:rPr>
              <w:t>rozmieszczenie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materiałów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szewnych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C97566">
              <w:rPr>
                <w:rFonts w:ascii="Calibri" w:eastAsia="Calibri" w:hAnsi="Calibri" w:cs="Calibri"/>
              </w:rPr>
              <w:t>przygotowanie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prezentacji</w:t>
            </w:r>
            <w:proofErr w:type="spellEnd"/>
            <w:r w:rsidRPr="00C97566">
              <w:rPr>
                <w:rFonts w:ascii="Calibri" w:eastAsia="Calibri" w:hAnsi="Calibri" w:cs="Calibri"/>
              </w:rPr>
              <w:t>.</w:t>
            </w:r>
          </w:p>
          <w:p w14:paraId="6843C666" w14:textId="3079710D" w:rsidR="4549D576" w:rsidRPr="00C97566" w:rsidRDefault="4549D576" w:rsidP="4549D576">
            <w:pPr>
              <w:rPr>
                <w:lang w:val="pl-PL"/>
              </w:rPr>
            </w:pPr>
          </w:p>
        </w:tc>
      </w:tr>
    </w:tbl>
    <w:p w14:paraId="457686D5" w14:textId="04D697BB" w:rsidR="551F1297" w:rsidRPr="00C97566" w:rsidRDefault="551F1297" w:rsidP="4549D576">
      <w:pPr>
        <w:pStyle w:val="Nagwek1"/>
        <w:rPr>
          <w:color w:val="auto"/>
        </w:rPr>
      </w:pPr>
      <w:proofErr w:type="spellStart"/>
      <w:r w:rsidRPr="00C97566">
        <w:rPr>
          <w:rFonts w:ascii="Calibri" w:eastAsia="Calibri" w:hAnsi="Calibri" w:cs="Calibri"/>
          <w:color w:val="auto"/>
          <w:sz w:val="24"/>
          <w:szCs w:val="24"/>
        </w:rPr>
        <w:t>Harmonogram</w:t>
      </w:r>
      <w:proofErr w:type="spellEnd"/>
      <w:r w:rsidRPr="00C9756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7566">
        <w:rPr>
          <w:rFonts w:ascii="Calibri" w:eastAsia="Calibri" w:hAnsi="Calibri" w:cs="Calibri"/>
          <w:color w:val="auto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C97566" w14:paraId="09B972FA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Pr="00C97566" w:rsidRDefault="4549D576" w:rsidP="4549D576">
            <w:r w:rsidRPr="00C9756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00C97566">
              <w:rPr>
                <w:rFonts w:ascii="Calibri" w:eastAsia="Calibri" w:hAnsi="Calibri" w:cs="Calibri"/>
              </w:rPr>
              <w:t>zagadnienia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329D4FB2" w:rsidR="4549D576" w:rsidRPr="00C97566" w:rsidRDefault="007C2862" w:rsidP="4549D576">
            <w:pPr>
              <w:rPr>
                <w:lang w:val="pl-PL"/>
              </w:rPr>
            </w:pPr>
            <w:proofErr w:type="spellStart"/>
            <w:r w:rsidRPr="007C2862">
              <w:t>Wprowadzenie</w:t>
            </w:r>
            <w:proofErr w:type="spellEnd"/>
            <w:r w:rsidRPr="007C2862">
              <w:t xml:space="preserve"> </w:t>
            </w:r>
            <w:proofErr w:type="spellStart"/>
            <w:r w:rsidRPr="007C2862">
              <w:t>i</w:t>
            </w:r>
            <w:proofErr w:type="spellEnd"/>
            <w:r w:rsidRPr="007C2862">
              <w:t xml:space="preserve"> </w:t>
            </w:r>
            <w:proofErr w:type="spellStart"/>
            <w:r w:rsidRPr="007C2862">
              <w:t>organizacja</w:t>
            </w:r>
            <w:proofErr w:type="spellEnd"/>
            <w:r w:rsidRPr="007C2862">
              <w:t xml:space="preserve"> </w:t>
            </w:r>
            <w:proofErr w:type="spellStart"/>
            <w:r w:rsidRPr="007C2862">
              <w:t>stanowisk</w:t>
            </w:r>
            <w:proofErr w:type="spellEnd"/>
          </w:p>
        </w:tc>
      </w:tr>
      <w:tr w:rsidR="4549D576" w:rsidRPr="00C97566" w14:paraId="16784BF6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Planowany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czas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29F63D33" w:rsidR="4549D576" w:rsidRPr="00C97566" w:rsidRDefault="00E15201" w:rsidP="4549D576">
            <w:r w:rsidRPr="00C97566">
              <w:rPr>
                <w:rFonts w:ascii="Calibri" w:eastAsia="Calibri" w:hAnsi="Calibri" w:cs="Calibri"/>
              </w:rPr>
              <w:t>1</w:t>
            </w:r>
            <w:r w:rsidR="00AA2F28" w:rsidRPr="00C97566">
              <w:rPr>
                <w:rFonts w:ascii="Calibri" w:eastAsia="Calibri" w:hAnsi="Calibri" w:cs="Calibri"/>
              </w:rPr>
              <w:t>0</w:t>
            </w:r>
            <w:r w:rsidRPr="00C97566">
              <w:rPr>
                <w:rFonts w:ascii="Calibri" w:eastAsia="Calibri" w:hAnsi="Calibri" w:cs="Calibri"/>
              </w:rPr>
              <w:t xml:space="preserve"> min</w:t>
            </w:r>
          </w:p>
        </w:tc>
      </w:tr>
      <w:tr w:rsidR="4549D576" w:rsidRPr="00C97566" w14:paraId="545F9491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Pr="00C97566" w:rsidRDefault="4549D576" w:rsidP="4549D576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FB0F28" w14:textId="241EEAF4" w:rsidR="008C3D20" w:rsidRPr="00C97566" w:rsidRDefault="00E15201" w:rsidP="00E15201">
            <w:pPr>
              <w:pStyle w:val="Akapitzlist"/>
              <w:rPr>
                <w:lang w:val="pl-PL"/>
              </w:rPr>
            </w:pPr>
            <w:proofErr w:type="spellStart"/>
            <w:r w:rsidRPr="00C97566">
              <w:t>Omówienie</w:t>
            </w:r>
            <w:proofErr w:type="spellEnd"/>
            <w:r w:rsidRPr="00C97566">
              <w:t xml:space="preserve"> </w:t>
            </w:r>
            <w:proofErr w:type="spellStart"/>
            <w:proofErr w:type="gramStart"/>
            <w:r w:rsidRPr="00C97566">
              <w:t>celów</w:t>
            </w:r>
            <w:proofErr w:type="spellEnd"/>
            <w:r w:rsidR="00C97566">
              <w:t xml:space="preserve"> </w:t>
            </w:r>
            <w:r w:rsidRPr="00C97566">
              <w:t>,</w:t>
            </w:r>
            <w:proofErr w:type="gramEnd"/>
            <w:r w:rsidRPr="00C97566">
              <w:t xml:space="preserve"> </w:t>
            </w:r>
            <w:proofErr w:type="spellStart"/>
            <w:r w:rsidRPr="00C97566">
              <w:t>organizacji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stanowiska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oraz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prezentacja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modeli</w:t>
            </w:r>
            <w:proofErr w:type="spellEnd"/>
            <w:r w:rsidRPr="00C97566">
              <w:t>.</w:t>
            </w:r>
          </w:p>
        </w:tc>
      </w:tr>
      <w:tr w:rsidR="4549D576" w:rsidRPr="00C97566" w14:paraId="43106AFA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Pr="00C97566" w:rsidRDefault="4549D576" w:rsidP="4549D576">
            <w:r w:rsidRPr="00C9756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00C97566">
              <w:rPr>
                <w:rFonts w:ascii="Calibri" w:eastAsia="Calibri" w:hAnsi="Calibri" w:cs="Calibri"/>
              </w:rPr>
              <w:t>zagadnienia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49905BE4" w:rsidR="4549D576" w:rsidRPr="00C97566" w:rsidRDefault="00AA2F28" w:rsidP="4549D576">
            <w:pPr>
              <w:rPr>
                <w:lang w:val="pl-PL"/>
              </w:rPr>
            </w:pPr>
            <w:proofErr w:type="spellStart"/>
            <w:r w:rsidRPr="00C97566">
              <w:t>Demonstracja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technik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szycia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na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fantomach</w:t>
            </w:r>
            <w:proofErr w:type="spellEnd"/>
          </w:p>
        </w:tc>
      </w:tr>
      <w:tr w:rsidR="4549D576" w:rsidRPr="00C97566" w14:paraId="531E2933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Planowany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czas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1F1CFD4E" w:rsidR="4549D576" w:rsidRPr="00C97566" w:rsidRDefault="4549D576" w:rsidP="4549D576">
            <w:r w:rsidRPr="00C97566">
              <w:rPr>
                <w:rFonts w:ascii="Calibri" w:eastAsia="Calibri" w:hAnsi="Calibri" w:cs="Calibri"/>
              </w:rPr>
              <w:t xml:space="preserve"> </w:t>
            </w:r>
            <w:r w:rsidR="007C2862">
              <w:rPr>
                <w:rFonts w:ascii="Calibri" w:eastAsia="Calibri" w:hAnsi="Calibri" w:cs="Calibri"/>
              </w:rPr>
              <w:t>20</w:t>
            </w:r>
            <w:r w:rsidR="00E15201" w:rsidRPr="00C97566">
              <w:rPr>
                <w:rFonts w:ascii="Calibri" w:eastAsia="Calibri" w:hAnsi="Calibri" w:cs="Calibri"/>
              </w:rPr>
              <w:t xml:space="preserve"> min</w:t>
            </w:r>
          </w:p>
        </w:tc>
      </w:tr>
      <w:tr w:rsidR="4549D576" w:rsidRPr="00C97566" w14:paraId="4184316D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Pr="00C97566" w:rsidRDefault="4549D576" w:rsidP="4549D576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4D1DCE" w14:textId="22545613" w:rsidR="00AA2F28" w:rsidRPr="00C97566" w:rsidRDefault="00AA2F28" w:rsidP="00AA2F28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C97566">
              <w:rPr>
                <w:lang w:val="pl-PL"/>
              </w:rPr>
              <w:t xml:space="preserve">pokaz wykonania szwu na podkładce, </w:t>
            </w:r>
          </w:p>
          <w:p w14:paraId="6226B195" w14:textId="77777777" w:rsidR="00670534" w:rsidRPr="00670534" w:rsidRDefault="00670534" w:rsidP="00AA2F28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proofErr w:type="spellStart"/>
            <w:r w:rsidRPr="00670534">
              <w:t>pokaz</w:t>
            </w:r>
            <w:proofErr w:type="spellEnd"/>
            <w:r w:rsidRPr="00670534">
              <w:t xml:space="preserve"> </w:t>
            </w:r>
            <w:proofErr w:type="spellStart"/>
            <w:r w:rsidRPr="00670534">
              <w:t>technik</w:t>
            </w:r>
            <w:proofErr w:type="spellEnd"/>
            <w:r w:rsidRPr="00670534">
              <w:t xml:space="preserve"> </w:t>
            </w:r>
            <w:proofErr w:type="spellStart"/>
            <w:r w:rsidRPr="00670534">
              <w:t>szycia</w:t>
            </w:r>
            <w:proofErr w:type="spellEnd"/>
            <w:r w:rsidRPr="00670534">
              <w:t xml:space="preserve"> </w:t>
            </w:r>
            <w:proofErr w:type="spellStart"/>
            <w:r w:rsidRPr="00670534">
              <w:t>skóry</w:t>
            </w:r>
            <w:proofErr w:type="spellEnd"/>
            <w:r w:rsidRPr="00670534">
              <w:t xml:space="preserve"> </w:t>
            </w:r>
            <w:proofErr w:type="spellStart"/>
            <w:r w:rsidRPr="00670534">
              <w:t>oraz</w:t>
            </w:r>
            <w:proofErr w:type="spellEnd"/>
            <w:r w:rsidRPr="00670534">
              <w:t xml:space="preserve"> </w:t>
            </w:r>
            <w:proofErr w:type="spellStart"/>
            <w:r w:rsidRPr="00670534">
              <w:t>narządów</w:t>
            </w:r>
            <w:proofErr w:type="spellEnd"/>
            <w:r w:rsidRPr="00670534">
              <w:t xml:space="preserve"> </w:t>
            </w:r>
            <w:proofErr w:type="spellStart"/>
            <w:r w:rsidRPr="00670534">
              <w:t>jamistych</w:t>
            </w:r>
            <w:proofErr w:type="spellEnd"/>
            <w:r w:rsidRPr="00670534">
              <w:t xml:space="preserve"> z </w:t>
            </w:r>
            <w:proofErr w:type="spellStart"/>
            <w:r w:rsidRPr="00670534">
              <w:t>wykorzystaniem</w:t>
            </w:r>
            <w:proofErr w:type="spellEnd"/>
            <w:r w:rsidRPr="00670534">
              <w:t xml:space="preserve"> </w:t>
            </w:r>
            <w:proofErr w:type="spellStart"/>
            <w:r w:rsidRPr="00670534">
              <w:t>modelu</w:t>
            </w:r>
            <w:proofErr w:type="spellEnd"/>
            <w:r w:rsidRPr="00670534">
              <w:t xml:space="preserve"> </w:t>
            </w:r>
            <w:proofErr w:type="spellStart"/>
            <w:r w:rsidRPr="00670534">
              <w:t>jelita</w:t>
            </w:r>
            <w:proofErr w:type="spellEnd"/>
          </w:p>
          <w:p w14:paraId="71F5D736" w14:textId="209DD5FB" w:rsidR="00B57245" w:rsidRPr="00C97566" w:rsidRDefault="00AA2F28" w:rsidP="00AA2F28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C97566">
              <w:rPr>
                <w:lang w:val="pl-PL"/>
              </w:rPr>
              <w:t>omówienie najczęstszych błędów.</w:t>
            </w:r>
          </w:p>
        </w:tc>
      </w:tr>
      <w:tr w:rsidR="00B57245" w:rsidRPr="00C97566" w14:paraId="643625C9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EC0E1D" w14:textId="096A5BB7" w:rsidR="00B57245" w:rsidRPr="00C97566" w:rsidRDefault="00B57245" w:rsidP="00B57245">
            <w:pPr>
              <w:rPr>
                <w:rFonts w:ascii="Calibri" w:eastAsia="Calibri" w:hAnsi="Calibri" w:cs="Calibri"/>
                <w:lang w:val="pl-PL"/>
              </w:rPr>
            </w:pPr>
            <w:r w:rsidRPr="00C97566">
              <w:t xml:space="preserve">Nazwa </w:t>
            </w:r>
            <w:proofErr w:type="spellStart"/>
            <w:r w:rsidRPr="00C97566">
              <w:t>zagadnienia</w:t>
            </w:r>
            <w:proofErr w:type="spellEnd"/>
            <w:r w:rsidRPr="00C97566">
              <w:t xml:space="preserve">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66825" w14:textId="68A97D30" w:rsidR="00B57245" w:rsidRPr="00C97566" w:rsidRDefault="00AA2F28" w:rsidP="00B57245">
            <w:pPr>
              <w:rPr>
                <w:lang w:val="pl-PL"/>
              </w:rPr>
            </w:pPr>
            <w:proofErr w:type="spellStart"/>
            <w:r w:rsidRPr="00C97566">
              <w:t>Ćwiczenia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praktyczne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na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fantomach</w:t>
            </w:r>
            <w:proofErr w:type="spellEnd"/>
          </w:p>
        </w:tc>
      </w:tr>
      <w:tr w:rsidR="00B57245" w:rsidRPr="00C97566" w14:paraId="072509BC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5481C4" w14:textId="7D04F353" w:rsidR="00B57245" w:rsidRPr="00C97566" w:rsidRDefault="00B57245" w:rsidP="00B57245">
            <w:p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00C97566">
              <w:t>Planowany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czas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02E557" w14:textId="19040B8E" w:rsidR="00B57245" w:rsidRPr="00C97566" w:rsidRDefault="007C2862" w:rsidP="00B57245">
            <w:pPr>
              <w:rPr>
                <w:lang w:val="pl-PL"/>
              </w:rPr>
            </w:pPr>
            <w:r>
              <w:rPr>
                <w:lang w:val="pl-PL"/>
              </w:rPr>
              <w:t>50</w:t>
            </w:r>
            <w:r w:rsidR="00294596" w:rsidRPr="00C97566">
              <w:rPr>
                <w:lang w:val="pl-PL"/>
              </w:rPr>
              <w:t xml:space="preserve"> minut</w:t>
            </w:r>
          </w:p>
        </w:tc>
      </w:tr>
      <w:tr w:rsidR="00B57245" w:rsidRPr="00C97566" w14:paraId="4C34E4D5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F31D95" w14:textId="6D0901B4" w:rsidR="00B57245" w:rsidRPr="00C97566" w:rsidRDefault="00B57245" w:rsidP="00B57245">
            <w:pPr>
              <w:rPr>
                <w:rFonts w:ascii="Calibri" w:eastAsia="Calibri" w:hAnsi="Calibri" w:cs="Calibri"/>
                <w:lang w:val="pl-PL"/>
              </w:rPr>
            </w:pPr>
            <w:r w:rsidRPr="00C97566">
              <w:rPr>
                <w:lang w:val="pl-PL"/>
              </w:rPr>
              <w:t xml:space="preserve">Sekwencja działań, zadań ćwiczeń lub innych aktywności w ramach zagadnienia </w:t>
            </w:r>
            <w:r w:rsidR="00C97566" w:rsidRPr="00C97566">
              <w:rPr>
                <w:lang w:val="pl-PL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C29E05" w14:textId="6DDC2B71" w:rsidR="00B57245" w:rsidRPr="00C97566" w:rsidRDefault="00AA2F28" w:rsidP="00AA2F28">
            <w:pPr>
              <w:pStyle w:val="Akapitzlist"/>
              <w:spacing w:after="200" w:line="276" w:lineRule="auto"/>
              <w:rPr>
                <w:lang w:val="pl-PL"/>
              </w:rPr>
            </w:pPr>
            <w:proofErr w:type="spellStart"/>
            <w:r w:rsidRPr="00C97566">
              <w:t>Samodzielne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wykonywanie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szwów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na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podkładkach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i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modelu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jelita</w:t>
            </w:r>
            <w:proofErr w:type="spellEnd"/>
            <w:r w:rsidRPr="00C97566">
              <w:t xml:space="preserve"> z </w:t>
            </w:r>
            <w:proofErr w:type="spellStart"/>
            <w:r w:rsidRPr="00C97566">
              <w:t>bieżącą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informacją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zwrotną</w:t>
            </w:r>
            <w:proofErr w:type="spellEnd"/>
            <w:r w:rsidRPr="00C97566">
              <w:t>.</w:t>
            </w:r>
          </w:p>
        </w:tc>
      </w:tr>
      <w:tr w:rsidR="00E15201" w:rsidRPr="00C97566" w14:paraId="4DF733AB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5E5ECE" w14:textId="4AA6598C" w:rsidR="00E15201" w:rsidRPr="00C97566" w:rsidRDefault="00E15201" w:rsidP="00E15201">
            <w:pPr>
              <w:rPr>
                <w:lang w:val="pl-PL"/>
              </w:rPr>
            </w:pPr>
            <w:r w:rsidRPr="00C97566">
              <w:t xml:space="preserve">Nazwa </w:t>
            </w:r>
            <w:proofErr w:type="spellStart"/>
            <w:r w:rsidRPr="00C97566">
              <w:t>zagadnienia</w:t>
            </w:r>
            <w:proofErr w:type="spellEnd"/>
            <w:r w:rsidRPr="00C97566">
              <w:t xml:space="preserve">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67B0D2" w14:textId="163B07D4" w:rsidR="00E15201" w:rsidRPr="00C97566" w:rsidRDefault="00AA2F28" w:rsidP="00E15201">
            <w:pPr>
              <w:pStyle w:val="Akapitzlist"/>
            </w:pPr>
            <w:proofErr w:type="spellStart"/>
            <w:r w:rsidRPr="00C97566">
              <w:t>Ocena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wykonanych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szwów</w:t>
            </w:r>
            <w:proofErr w:type="spellEnd"/>
          </w:p>
        </w:tc>
      </w:tr>
      <w:tr w:rsidR="00E15201" w:rsidRPr="00C97566" w14:paraId="11E7ACE5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C9EEB8" w14:textId="67C13B01" w:rsidR="00E15201" w:rsidRPr="00C97566" w:rsidRDefault="00E15201" w:rsidP="00E15201">
            <w:pPr>
              <w:rPr>
                <w:lang w:val="pl-PL"/>
              </w:rPr>
            </w:pPr>
            <w:proofErr w:type="spellStart"/>
            <w:r w:rsidRPr="00C97566">
              <w:t>Planowany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czas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594FC5" w14:textId="5B16D9E4" w:rsidR="00E15201" w:rsidRPr="00C97566" w:rsidRDefault="007C2862" w:rsidP="00E15201">
            <w:r>
              <w:t>1</w:t>
            </w:r>
            <w:r w:rsidR="00AA2F28" w:rsidRPr="00C97566">
              <w:t>0</w:t>
            </w:r>
            <w:r w:rsidR="00E15201" w:rsidRPr="00C97566">
              <w:t xml:space="preserve"> min</w:t>
            </w:r>
          </w:p>
          <w:p w14:paraId="7FD7B92B" w14:textId="77777777" w:rsidR="00E15201" w:rsidRPr="00C97566" w:rsidRDefault="00E15201" w:rsidP="00E15201">
            <w:pPr>
              <w:pStyle w:val="Akapitzlist"/>
            </w:pPr>
          </w:p>
        </w:tc>
      </w:tr>
      <w:tr w:rsidR="00E15201" w:rsidRPr="00C97566" w14:paraId="52C96357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67CB91" w14:textId="7046EF9B" w:rsidR="00E15201" w:rsidRPr="00C97566" w:rsidRDefault="00E15201" w:rsidP="00E15201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F0C6F" w14:textId="2A1D8DAB" w:rsidR="00AA2F28" w:rsidRPr="00C97566" w:rsidRDefault="00AA2F28" w:rsidP="00AA2F28">
            <w:pPr>
              <w:rPr>
                <w:lang w:val="pl-PL"/>
              </w:rPr>
            </w:pPr>
            <w:r w:rsidRPr="00C97566">
              <w:rPr>
                <w:lang w:val="pl-PL"/>
              </w:rPr>
              <w:t xml:space="preserve">wspólna analiza, </w:t>
            </w:r>
          </w:p>
          <w:p w14:paraId="304CAF2E" w14:textId="609C1452" w:rsidR="00AA2F28" w:rsidRPr="00C97566" w:rsidRDefault="00AA2F28" w:rsidP="00AA2F28">
            <w:pPr>
              <w:rPr>
                <w:lang w:val="pl-PL"/>
              </w:rPr>
            </w:pPr>
            <w:r w:rsidRPr="00C97566">
              <w:rPr>
                <w:lang w:val="pl-PL"/>
              </w:rPr>
              <w:t xml:space="preserve">samoocena, </w:t>
            </w:r>
          </w:p>
          <w:p w14:paraId="6D21C956" w14:textId="77777777" w:rsidR="00E15201" w:rsidRDefault="00C97566" w:rsidP="00AA2F28">
            <w:proofErr w:type="spellStart"/>
            <w:r w:rsidRPr="00C97566">
              <w:t>Każdy</w:t>
            </w:r>
            <w:proofErr w:type="spellEnd"/>
            <w:r w:rsidRPr="00C97566">
              <w:t xml:space="preserve"> student </w:t>
            </w:r>
            <w:proofErr w:type="spellStart"/>
            <w:r w:rsidRPr="00C97566">
              <w:t>otrzymuje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indywidualną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informację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zwrotną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dotyczącą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ergonomii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pracy</w:t>
            </w:r>
            <w:proofErr w:type="spellEnd"/>
            <w:r w:rsidRPr="00C97566">
              <w:t xml:space="preserve">, </w:t>
            </w:r>
            <w:proofErr w:type="spellStart"/>
            <w:r w:rsidRPr="00C97566">
              <w:t>techniki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szycia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oraz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jakości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wykonanych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węzłów</w:t>
            </w:r>
            <w:proofErr w:type="spellEnd"/>
            <w:r w:rsidRPr="00C97566">
              <w:t>.</w:t>
            </w:r>
          </w:p>
          <w:p w14:paraId="17F951F2" w14:textId="5DE24EB6" w:rsidR="00C97566" w:rsidRPr="00C97566" w:rsidRDefault="00C97566" w:rsidP="00AA2F28">
            <w:proofErr w:type="spellStart"/>
            <w:r w:rsidRPr="00C97566">
              <w:t>Studenci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analizują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przykładowe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błędy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techniczne</w:t>
            </w:r>
            <w:proofErr w:type="spellEnd"/>
          </w:p>
        </w:tc>
      </w:tr>
      <w:tr w:rsidR="00E15201" w:rsidRPr="00C97566" w14:paraId="5E2CD87B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55D71D" w14:textId="40BC7814" w:rsidR="00E15201" w:rsidRPr="00C97566" w:rsidRDefault="00E15201" w:rsidP="00E15201">
            <w:pPr>
              <w:tabs>
                <w:tab w:val="left" w:pos="2520"/>
              </w:tabs>
              <w:rPr>
                <w:lang w:val="pl-PL"/>
              </w:rPr>
            </w:pP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2A3480" w14:textId="4AD0A0FA" w:rsidR="00E15201" w:rsidRPr="00C97566" w:rsidRDefault="00E15201" w:rsidP="00E15201">
            <w:pPr>
              <w:pStyle w:val="Akapitzlist"/>
            </w:pPr>
          </w:p>
        </w:tc>
      </w:tr>
      <w:tr w:rsidR="00E15201" w:rsidRPr="00C97566" w14:paraId="0D8EB694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88110" w14:textId="4947B9BE" w:rsidR="00E15201" w:rsidRPr="00C97566" w:rsidRDefault="00E15201" w:rsidP="00E15201">
            <w:pPr>
              <w:tabs>
                <w:tab w:val="left" w:pos="2520"/>
              </w:tabs>
              <w:rPr>
                <w:lang w:val="pl-PL"/>
              </w:rPr>
            </w:pP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3C1217" w14:textId="19576844" w:rsidR="00E15201" w:rsidRPr="00C97566" w:rsidRDefault="00E15201" w:rsidP="00E15201">
            <w:pPr>
              <w:pStyle w:val="Akapitzlist"/>
            </w:pPr>
          </w:p>
        </w:tc>
      </w:tr>
      <w:tr w:rsidR="00E15201" w:rsidRPr="00C97566" w14:paraId="5E4A59C7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BE650" w14:textId="5FAD7AF9" w:rsidR="00E15201" w:rsidRPr="00C97566" w:rsidRDefault="00E15201" w:rsidP="00B57245">
            <w:pPr>
              <w:rPr>
                <w:lang w:val="pl-PL"/>
              </w:rPr>
            </w:pP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EF4583" w14:textId="77777777" w:rsidR="00E15201" w:rsidRPr="00C97566" w:rsidRDefault="00E15201" w:rsidP="00E15201">
            <w:pPr>
              <w:ind w:firstLine="720"/>
            </w:pPr>
          </w:p>
        </w:tc>
      </w:tr>
    </w:tbl>
    <w:p w14:paraId="14C20F08" w14:textId="0BE51400" w:rsidR="551F1297" w:rsidRPr="00C97566" w:rsidRDefault="551F1297" w:rsidP="4549D576">
      <w:pPr>
        <w:pStyle w:val="Nagwek1"/>
        <w:rPr>
          <w:color w:val="auto"/>
        </w:rPr>
      </w:pPr>
      <w:r w:rsidRPr="00C97566">
        <w:rPr>
          <w:rFonts w:ascii="Calibri" w:eastAsia="Calibri" w:hAnsi="Calibri" w:cs="Calibri"/>
          <w:color w:val="auto"/>
          <w:sz w:val="24"/>
          <w:szCs w:val="24"/>
        </w:rPr>
        <w:t xml:space="preserve">Metody </w:t>
      </w:r>
      <w:proofErr w:type="spellStart"/>
      <w:r w:rsidRPr="00C97566">
        <w:rPr>
          <w:rFonts w:ascii="Calibri" w:eastAsia="Calibri" w:hAnsi="Calibri" w:cs="Calibri"/>
          <w:color w:val="auto"/>
          <w:sz w:val="24"/>
          <w:szCs w:val="24"/>
        </w:rPr>
        <w:t>i</w:t>
      </w:r>
      <w:proofErr w:type="spellEnd"/>
      <w:r w:rsidRPr="00C9756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7566">
        <w:rPr>
          <w:rFonts w:ascii="Calibri" w:eastAsia="Calibri" w:hAnsi="Calibri" w:cs="Calibri"/>
          <w:color w:val="auto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C97566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Wykorzystane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metody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2BFDCF" w14:textId="42E506F5" w:rsidR="00E87AE7" w:rsidRPr="00E87AE7" w:rsidRDefault="00011F7A" w:rsidP="00E87AE7">
            <w:p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00C97566">
              <w:rPr>
                <w:rFonts w:ascii="Calibri" w:eastAsia="Calibri" w:hAnsi="Calibri" w:cs="Calibri"/>
              </w:rPr>
              <w:t>Prelekcja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C97566">
              <w:rPr>
                <w:rFonts w:ascii="Calibri" w:eastAsia="Calibri" w:hAnsi="Calibri" w:cs="Calibri"/>
              </w:rPr>
              <w:t>prezentacja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PowerPoint, </w:t>
            </w:r>
            <w:proofErr w:type="spellStart"/>
            <w:r w:rsidRPr="00C97566">
              <w:rPr>
                <w:rFonts w:ascii="Calibri" w:eastAsia="Calibri" w:hAnsi="Calibri" w:cs="Calibri"/>
              </w:rPr>
              <w:t>fantomy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C97566">
              <w:rPr>
                <w:rFonts w:ascii="Calibri" w:eastAsia="Calibri" w:hAnsi="Calibri" w:cs="Calibri"/>
              </w:rPr>
              <w:t>modele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proofErr w:type="gramStart"/>
            <w:r w:rsidRPr="00C97566">
              <w:rPr>
                <w:rFonts w:ascii="Calibri" w:eastAsia="Calibri" w:hAnsi="Calibri" w:cs="Calibri"/>
              </w:rPr>
              <w:t>szkoleniowe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, </w:t>
            </w:r>
            <w:r w:rsidR="00E87AE7" w:rsidRPr="00E87AE7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E87AE7">
              <w:rPr>
                <w:rFonts w:ascii="Calibri" w:eastAsia="Calibri" w:hAnsi="Calibri" w:cs="Calibri"/>
                <w:lang w:val="pl-PL"/>
              </w:rPr>
              <w:t>modele</w:t>
            </w:r>
            <w:proofErr w:type="gramEnd"/>
            <w:r w:rsidR="00E87AE7">
              <w:rPr>
                <w:rFonts w:ascii="Calibri" w:eastAsia="Calibri" w:hAnsi="Calibri" w:cs="Calibri"/>
                <w:lang w:val="pl-PL"/>
              </w:rPr>
              <w:t xml:space="preserve"> uproszczone,</w:t>
            </w:r>
          </w:p>
          <w:p w14:paraId="2CBF0F38" w14:textId="4EB4C125" w:rsidR="00011F7A" w:rsidRPr="00C97566" w:rsidRDefault="00011F7A" w:rsidP="00011F7A">
            <w:pPr>
              <w:rPr>
                <w:rFonts w:ascii="Calibri" w:eastAsia="Calibri" w:hAnsi="Calibri" w:cs="Calibri"/>
              </w:rPr>
            </w:pPr>
            <w:proofErr w:type="spellStart"/>
            <w:r w:rsidRPr="00C97566">
              <w:rPr>
                <w:rFonts w:ascii="Calibri" w:eastAsia="Calibri" w:hAnsi="Calibri" w:cs="Calibri"/>
              </w:rPr>
              <w:t>zestawy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737855">
              <w:rPr>
                <w:rFonts w:ascii="Calibri" w:eastAsia="Calibri" w:hAnsi="Calibri" w:cs="Calibri"/>
              </w:rPr>
              <w:t>narzędzi</w:t>
            </w:r>
            <w:proofErr w:type="spellEnd"/>
            <w:r w:rsidR="0073785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737855">
              <w:rPr>
                <w:rFonts w:ascii="Calibri" w:eastAsia="Calibri" w:hAnsi="Calibri" w:cs="Calibri"/>
              </w:rPr>
              <w:t>chirurgicznych</w:t>
            </w:r>
            <w:proofErr w:type="spellEnd"/>
            <w:r w:rsidRPr="00C97566">
              <w:rPr>
                <w:rFonts w:ascii="Calibri" w:eastAsia="Calibri" w:hAnsi="Calibri" w:cs="Calibri"/>
              </w:rPr>
              <w:t>.</w:t>
            </w:r>
          </w:p>
          <w:p w14:paraId="0B79D4EA" w14:textId="5EBDA711" w:rsidR="4549D576" w:rsidRPr="00C97566" w:rsidRDefault="4549D576" w:rsidP="4549D576">
            <w:pPr>
              <w:rPr>
                <w:lang w:val="pl-PL"/>
              </w:rPr>
            </w:pPr>
          </w:p>
        </w:tc>
      </w:tr>
      <w:tr w:rsidR="4549D576" w:rsidRPr="00C97566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Narzędzia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344E34" w14:textId="170D6BAD" w:rsidR="00011F7A" w:rsidRPr="00C97566" w:rsidRDefault="00011F7A" w:rsidP="00011F7A">
            <w:pPr>
              <w:rPr>
                <w:rFonts w:ascii="Calibri" w:eastAsia="Calibri" w:hAnsi="Calibri" w:cs="Calibri"/>
              </w:rPr>
            </w:pPr>
            <w:proofErr w:type="spellStart"/>
            <w:r w:rsidRPr="00C97566">
              <w:rPr>
                <w:rFonts w:ascii="Calibri" w:eastAsia="Calibri" w:hAnsi="Calibri" w:cs="Calibri"/>
              </w:rPr>
              <w:t>Narzędzia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: </w:t>
            </w:r>
            <w:proofErr w:type="spellStart"/>
            <w:r w:rsidRPr="00C97566">
              <w:rPr>
                <w:rFonts w:ascii="Calibri" w:eastAsia="Calibri" w:hAnsi="Calibri" w:cs="Calibri"/>
              </w:rPr>
              <w:t>prezentacja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PowerPoint, </w:t>
            </w:r>
            <w:proofErr w:type="spellStart"/>
            <w:r w:rsidRPr="00C97566">
              <w:rPr>
                <w:rFonts w:ascii="Calibri" w:eastAsia="Calibri" w:hAnsi="Calibri" w:cs="Calibri"/>
              </w:rPr>
              <w:t>fantomy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C97566">
              <w:rPr>
                <w:rFonts w:ascii="Calibri" w:eastAsia="Calibri" w:hAnsi="Calibri" w:cs="Calibri"/>
              </w:rPr>
              <w:t>modele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szkoleniowe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E87AE7">
              <w:rPr>
                <w:rFonts w:ascii="Calibri" w:eastAsia="Calibri" w:hAnsi="Calibri" w:cs="Calibri"/>
              </w:rPr>
              <w:t>modele</w:t>
            </w:r>
            <w:proofErr w:type="spellEnd"/>
            <w:r w:rsidR="00E87AE7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87AE7">
              <w:rPr>
                <w:rFonts w:ascii="Calibri" w:eastAsia="Calibri" w:hAnsi="Calibri" w:cs="Calibri"/>
              </w:rPr>
              <w:t>uproszczone</w:t>
            </w:r>
            <w:proofErr w:type="spellEnd"/>
            <w:r w:rsidR="00E87AE7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737855" w:rsidRPr="00C97566">
              <w:rPr>
                <w:rFonts w:ascii="Calibri" w:eastAsia="Calibri" w:hAnsi="Calibri" w:cs="Calibri"/>
              </w:rPr>
              <w:t>zestawy</w:t>
            </w:r>
            <w:proofErr w:type="spellEnd"/>
            <w:r w:rsidR="00737855"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737855">
              <w:rPr>
                <w:rFonts w:ascii="Calibri" w:eastAsia="Calibri" w:hAnsi="Calibri" w:cs="Calibri"/>
              </w:rPr>
              <w:t>narzędzi</w:t>
            </w:r>
            <w:proofErr w:type="spellEnd"/>
            <w:r w:rsidR="0073785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737855">
              <w:rPr>
                <w:rFonts w:ascii="Calibri" w:eastAsia="Calibri" w:hAnsi="Calibri" w:cs="Calibri"/>
              </w:rPr>
              <w:t>chirurgicznych</w:t>
            </w:r>
            <w:proofErr w:type="spellEnd"/>
            <w:r w:rsidRPr="00C97566">
              <w:rPr>
                <w:rFonts w:ascii="Calibri" w:eastAsia="Calibri" w:hAnsi="Calibri" w:cs="Calibri"/>
              </w:rPr>
              <w:t>.</w:t>
            </w:r>
          </w:p>
          <w:p w14:paraId="5DD183C8" w14:textId="01E37CB8" w:rsidR="4549D576" w:rsidRPr="00C97566" w:rsidRDefault="4549D576" w:rsidP="4549D576">
            <w:pPr>
              <w:rPr>
                <w:lang w:val="pl-PL"/>
              </w:rPr>
            </w:pPr>
          </w:p>
        </w:tc>
      </w:tr>
      <w:tr w:rsidR="4549D576" w:rsidRPr="00C97566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Formy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0ED77D7F" w:rsidR="4549D576" w:rsidRPr="00C97566" w:rsidRDefault="0079713D" w:rsidP="4549D576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 xml:space="preserve">Praca grupowa, </w:t>
            </w:r>
            <w:r w:rsidR="4549D576" w:rsidRPr="00C97566">
              <w:rPr>
                <w:rFonts w:ascii="Calibri" w:eastAsia="Calibri" w:hAnsi="Calibri" w:cs="Calibri"/>
                <w:lang w:val="pl-PL"/>
              </w:rPr>
              <w:t>praca indywidualna</w:t>
            </w:r>
            <w:r w:rsidRPr="00C97566">
              <w:rPr>
                <w:rFonts w:ascii="Calibri" w:eastAsia="Calibri" w:hAnsi="Calibri" w:cs="Calibri"/>
                <w:lang w:val="pl-PL"/>
              </w:rPr>
              <w:t>.</w:t>
            </w:r>
            <w:r w:rsidR="4549D576" w:rsidRPr="00C97566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</w:tc>
      </w:tr>
      <w:tr w:rsidR="4549D576" w:rsidRPr="00C97566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Literatura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inne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90C527" w14:textId="2447DE4B" w:rsidR="4549D576" w:rsidRPr="00C97566" w:rsidRDefault="4549D576" w:rsidP="4549D576">
            <w:r w:rsidRPr="00C97566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4549D576" w:rsidRPr="00C97566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Uwagi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61CE235B" w:rsidR="4549D576" w:rsidRPr="00C97566" w:rsidRDefault="4549D576" w:rsidP="4549D576">
            <w:r w:rsidRPr="00C97566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4549D576" w:rsidRPr="00C97566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4B0C9220" w:rsidR="4549D576" w:rsidRPr="00C97566" w:rsidRDefault="007E4B8F" w:rsidP="4549D576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>P</w:t>
            </w:r>
            <w:r w:rsidR="4549D576" w:rsidRPr="00C97566">
              <w:rPr>
                <w:rFonts w:ascii="Calibri" w:eastAsia="Calibri" w:hAnsi="Calibri" w:cs="Calibri"/>
                <w:lang w:val="pl-PL"/>
              </w:rPr>
              <w:t xml:space="preserve">rezentacja </w:t>
            </w:r>
            <w:proofErr w:type="spellStart"/>
            <w:r w:rsidR="4549D576" w:rsidRPr="00C97566">
              <w:rPr>
                <w:rFonts w:ascii="Calibri" w:eastAsia="Calibri" w:hAnsi="Calibri" w:cs="Calibri"/>
                <w:lang w:val="pl-PL"/>
              </w:rPr>
              <w:t>power</w:t>
            </w:r>
            <w:proofErr w:type="spellEnd"/>
            <w:r w:rsidR="4549D576" w:rsidRPr="00C97566">
              <w:rPr>
                <w:rFonts w:ascii="Calibri" w:eastAsia="Calibri" w:hAnsi="Calibri" w:cs="Calibri"/>
                <w:lang w:val="pl-PL"/>
              </w:rPr>
              <w:t xml:space="preserve"> point zawierająca treści programowe</w:t>
            </w:r>
            <w:r w:rsidR="0079713D" w:rsidRPr="00C97566">
              <w:rPr>
                <w:rFonts w:ascii="Calibri" w:eastAsia="Calibri" w:hAnsi="Calibri" w:cs="Calibri"/>
                <w:lang w:val="pl-PL"/>
              </w:rPr>
              <w:t>.</w:t>
            </w:r>
          </w:p>
        </w:tc>
      </w:tr>
    </w:tbl>
    <w:p w14:paraId="42C7293F" w14:textId="134F267B" w:rsidR="551F1297" w:rsidRPr="00C97566" w:rsidRDefault="551F1297" w:rsidP="4549D576">
      <w:pPr>
        <w:pStyle w:val="Nagwek1"/>
        <w:rPr>
          <w:color w:val="auto"/>
        </w:rPr>
      </w:pPr>
      <w:proofErr w:type="spellStart"/>
      <w:r w:rsidRPr="00C97566">
        <w:rPr>
          <w:rFonts w:ascii="Calibri" w:eastAsia="Calibri" w:hAnsi="Calibri" w:cs="Calibri"/>
          <w:color w:val="auto"/>
          <w:sz w:val="24"/>
          <w:szCs w:val="24"/>
        </w:rPr>
        <w:t>Ocena</w:t>
      </w:r>
      <w:proofErr w:type="spellEnd"/>
      <w:r w:rsidRPr="00C9756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7566">
        <w:rPr>
          <w:rFonts w:ascii="Calibri" w:eastAsia="Calibri" w:hAnsi="Calibri" w:cs="Calibri"/>
          <w:color w:val="auto"/>
          <w:sz w:val="24"/>
          <w:szCs w:val="24"/>
        </w:rPr>
        <w:t>i</w:t>
      </w:r>
      <w:proofErr w:type="spellEnd"/>
      <w:r w:rsidRPr="00C9756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7566">
        <w:rPr>
          <w:rFonts w:ascii="Calibri" w:eastAsia="Calibri" w:hAnsi="Calibri" w:cs="Calibri"/>
          <w:color w:val="auto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C97566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Pr="00C97566" w:rsidRDefault="4549D576" w:rsidP="4549D576">
            <w:proofErr w:type="spellStart"/>
            <w:r w:rsidRPr="00C97566">
              <w:rPr>
                <w:rFonts w:ascii="Calibri" w:eastAsia="Calibri" w:hAnsi="Calibri" w:cs="Calibri"/>
              </w:rPr>
              <w:t>Efekty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uczenia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42187E" w14:textId="77777777" w:rsidR="00011F7A" w:rsidRPr="00C97566" w:rsidRDefault="00011F7A" w:rsidP="00011F7A">
            <w:pPr>
              <w:rPr>
                <w:rFonts w:ascii="Calibri" w:eastAsia="Calibri" w:hAnsi="Calibri" w:cs="Calibri"/>
              </w:rPr>
            </w:pPr>
            <w:r w:rsidRPr="00C97566">
              <w:rPr>
                <w:rFonts w:ascii="Calibri" w:eastAsia="Calibri" w:hAnsi="Calibri" w:cs="Calibri"/>
              </w:rPr>
              <w:t xml:space="preserve">Student </w:t>
            </w:r>
            <w:proofErr w:type="spellStart"/>
            <w:r w:rsidRPr="00C97566">
              <w:rPr>
                <w:rFonts w:ascii="Calibri" w:eastAsia="Calibri" w:hAnsi="Calibri" w:cs="Calibri"/>
              </w:rPr>
              <w:t>prawidłowo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posługuje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się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podstawowymi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narzędziami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chirurgicznymi</w:t>
            </w:r>
            <w:proofErr w:type="spellEnd"/>
            <w:r w:rsidRPr="00C97566">
              <w:rPr>
                <w:rFonts w:ascii="Calibri" w:eastAsia="Calibri" w:hAnsi="Calibri" w:cs="Calibri"/>
              </w:rPr>
              <w:t>.</w:t>
            </w:r>
          </w:p>
          <w:p w14:paraId="5CB26BBE" w14:textId="228D71A3" w:rsidR="00011F7A" w:rsidRPr="00C97566" w:rsidRDefault="00011F7A" w:rsidP="00011F7A">
            <w:pPr>
              <w:rPr>
                <w:rFonts w:ascii="Calibri" w:eastAsia="Calibri" w:hAnsi="Calibri" w:cs="Calibri"/>
              </w:rPr>
            </w:pPr>
            <w:r w:rsidRPr="00C97566">
              <w:rPr>
                <w:rFonts w:ascii="Calibri" w:eastAsia="Calibri" w:hAnsi="Calibri" w:cs="Calibri"/>
              </w:rPr>
              <w:t xml:space="preserve">Student </w:t>
            </w:r>
            <w:proofErr w:type="spellStart"/>
            <w:proofErr w:type="gramStart"/>
            <w:r w:rsidR="00C42004" w:rsidRPr="00C97566">
              <w:rPr>
                <w:rFonts w:ascii="Calibri" w:eastAsia="Calibri" w:hAnsi="Calibri" w:cs="Calibri"/>
              </w:rPr>
              <w:t>prawidłowo</w:t>
            </w:r>
            <w:proofErr w:type="spellEnd"/>
            <w:r w:rsidR="00C42004" w:rsidRPr="00C97566">
              <w:rPr>
                <w:rFonts w:ascii="Calibri" w:eastAsia="Calibri" w:hAnsi="Calibri" w:cs="Calibri"/>
              </w:rPr>
              <w:t xml:space="preserve"> </w:t>
            </w:r>
            <w:r w:rsidR="00C4200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wykonuje</w:t>
            </w:r>
            <w:proofErr w:type="spellEnd"/>
            <w:proofErr w:type="gram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podstawowe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węzły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chirurgiczne</w:t>
            </w:r>
            <w:proofErr w:type="spellEnd"/>
            <w:r w:rsidRPr="00C97566">
              <w:rPr>
                <w:rFonts w:ascii="Calibri" w:eastAsia="Calibri" w:hAnsi="Calibri" w:cs="Calibri"/>
              </w:rPr>
              <w:t>.</w:t>
            </w:r>
          </w:p>
          <w:p w14:paraId="758DCD9F" w14:textId="1BCA2C84" w:rsidR="00011F7A" w:rsidRPr="00C97566" w:rsidRDefault="00011F7A" w:rsidP="00011F7A">
            <w:pPr>
              <w:rPr>
                <w:rFonts w:ascii="Calibri" w:eastAsia="Calibri" w:hAnsi="Calibri" w:cs="Calibri"/>
              </w:rPr>
            </w:pPr>
            <w:r w:rsidRPr="00C97566">
              <w:rPr>
                <w:rFonts w:ascii="Calibri" w:eastAsia="Calibri" w:hAnsi="Calibri" w:cs="Calibri"/>
              </w:rPr>
              <w:t xml:space="preserve">Student </w:t>
            </w:r>
            <w:proofErr w:type="spellStart"/>
            <w:r w:rsidRPr="00C97566">
              <w:rPr>
                <w:rFonts w:ascii="Calibri" w:eastAsia="Calibri" w:hAnsi="Calibri" w:cs="Calibri"/>
              </w:rPr>
              <w:t>przestrzega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zasad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aseptyki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i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ergonomii</w:t>
            </w:r>
            <w:proofErr w:type="spellEnd"/>
            <w:r w:rsidRPr="00C9756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97566">
              <w:rPr>
                <w:rFonts w:ascii="Calibri" w:eastAsia="Calibri" w:hAnsi="Calibri" w:cs="Calibri"/>
              </w:rPr>
              <w:t>pracy</w:t>
            </w:r>
            <w:proofErr w:type="spellEnd"/>
            <w:r w:rsidRPr="00C97566">
              <w:rPr>
                <w:rFonts w:ascii="Calibri" w:eastAsia="Calibri" w:hAnsi="Calibri" w:cs="Calibri"/>
              </w:rPr>
              <w:t>.</w:t>
            </w:r>
          </w:p>
          <w:p w14:paraId="6F636E7A" w14:textId="47483F1E" w:rsidR="00000FAD" w:rsidRPr="00C97566" w:rsidRDefault="00000FAD" w:rsidP="0079713D">
            <w:pPr>
              <w:rPr>
                <w:lang w:val="pl-PL"/>
              </w:rPr>
            </w:pPr>
          </w:p>
        </w:tc>
      </w:tr>
      <w:tr w:rsidR="4549D576" w:rsidRPr="00C97566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C97566" w:rsidRDefault="4549D576" w:rsidP="4549D576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903EB1" w14:textId="77777777" w:rsidR="00E15201" w:rsidRPr="00C97566" w:rsidRDefault="00E15201" w:rsidP="00E15201">
            <w:proofErr w:type="spellStart"/>
            <w:r w:rsidRPr="00C97566">
              <w:t>Obserwacja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pracy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studenta</w:t>
            </w:r>
            <w:proofErr w:type="spellEnd"/>
            <w:r w:rsidRPr="00C97566">
              <w:t xml:space="preserve">, </w:t>
            </w:r>
            <w:proofErr w:type="spellStart"/>
            <w:r w:rsidRPr="00C97566">
              <w:t>ocena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poprawności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wykonania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szwów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według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listy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kontrolnej</w:t>
            </w:r>
            <w:proofErr w:type="spellEnd"/>
            <w:r w:rsidRPr="00C97566">
              <w:t xml:space="preserve">, </w:t>
            </w:r>
            <w:proofErr w:type="spellStart"/>
            <w:r w:rsidRPr="00C97566">
              <w:t>zaliczenie</w:t>
            </w:r>
            <w:proofErr w:type="spellEnd"/>
            <w:r w:rsidRPr="00C97566">
              <w:t xml:space="preserve"> </w:t>
            </w:r>
            <w:proofErr w:type="spellStart"/>
            <w:r w:rsidRPr="00C97566">
              <w:t>praktyczne</w:t>
            </w:r>
            <w:proofErr w:type="spellEnd"/>
            <w:r w:rsidRPr="00C97566">
              <w:t>.</w:t>
            </w:r>
          </w:p>
          <w:p w14:paraId="6518F107" w14:textId="169EB4F1" w:rsidR="4549D576" w:rsidRPr="00C97566" w:rsidRDefault="4549D576" w:rsidP="4549D576">
            <w:pPr>
              <w:rPr>
                <w:lang w:val="pl-PL"/>
              </w:rPr>
            </w:pPr>
          </w:p>
        </w:tc>
      </w:tr>
    </w:tbl>
    <w:p w14:paraId="38469E4A" w14:textId="7772762A" w:rsidR="551F1297" w:rsidRPr="00C97566" w:rsidRDefault="551F1297" w:rsidP="4549D576">
      <w:pPr>
        <w:pStyle w:val="Nagwek1"/>
        <w:rPr>
          <w:color w:val="auto"/>
        </w:rPr>
      </w:pPr>
      <w:proofErr w:type="spellStart"/>
      <w:r w:rsidRPr="00C97566">
        <w:rPr>
          <w:rFonts w:ascii="Calibri" w:eastAsia="Calibri" w:hAnsi="Calibri" w:cs="Calibri"/>
          <w:color w:val="auto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C97566" w14:paraId="7FC18C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Pr="00C97566" w:rsidRDefault="4549D576" w:rsidP="4549D576">
            <w:r w:rsidRPr="00C97566"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 w:rsidRPr="00C97566">
              <w:rPr>
                <w:rFonts w:ascii="Calibri" w:eastAsia="Calibri" w:hAnsi="Calibri" w:cs="Calibr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0130CFBB" w:rsidR="4549D576" w:rsidRPr="00C97566" w:rsidRDefault="4549D576" w:rsidP="4549D576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C97566">
              <w:rPr>
                <w:rFonts w:ascii="Calibri" w:eastAsia="Calibri" w:hAnsi="Calibri" w:cs="Calibri"/>
                <w:lang w:val="pl-PL"/>
              </w:rPr>
              <w:t>Dr n. wet. Jan Frymus</w:t>
            </w:r>
          </w:p>
        </w:tc>
      </w:tr>
      <w:tr w:rsidR="4549D576" w:rsidRPr="00C97566" w14:paraId="27478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Pr="00C97566" w:rsidRDefault="4549D576" w:rsidP="4549D576">
            <w:r w:rsidRPr="00C97566"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 w:rsidRPr="00C97566">
              <w:rPr>
                <w:rFonts w:ascii="Calibri" w:eastAsia="Calibri" w:hAnsi="Calibri" w:cs="Calibr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1CC9317B" w:rsidR="4549D576" w:rsidRPr="00C97566" w:rsidRDefault="4549D576" w:rsidP="4549D576">
            <w:pPr>
              <w:rPr>
                <w:lang w:val="pl-PL"/>
              </w:rPr>
            </w:pPr>
            <w:r w:rsidRPr="00C97566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C97566">
              <w:rPr>
                <w:rFonts w:ascii="Calibri" w:eastAsia="Calibri" w:hAnsi="Calibri" w:cs="Calibri"/>
                <w:lang w:val="pl-PL"/>
              </w:rPr>
              <w:t>Dr n. wet. Jan Frymus</w:t>
            </w:r>
          </w:p>
        </w:tc>
      </w:tr>
    </w:tbl>
    <w:p w14:paraId="5B862A50" w14:textId="38EF437C" w:rsidR="4549D576" w:rsidRPr="007E4B8F" w:rsidRDefault="4549D576" w:rsidP="4549D576">
      <w:pPr>
        <w:spacing w:after="0"/>
        <w:rPr>
          <w:rFonts w:ascii="Calibri" w:eastAsia="Calibri" w:hAnsi="Calibri" w:cs="Calibri"/>
          <w:sz w:val="24"/>
          <w:szCs w:val="24"/>
          <w:lang w:val="pl-PL"/>
        </w:rPr>
      </w:pPr>
    </w:p>
    <w:p w14:paraId="50C74F68" w14:textId="6515037C" w:rsidR="4549D576" w:rsidRPr="007E4B8F" w:rsidRDefault="4549D576" w:rsidP="4549D576">
      <w:pPr>
        <w:rPr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14:paraId="75348FBE" w14:textId="77777777" w:rsidTr="4549D576">
        <w:tc>
          <w:tcPr>
            <w:tcW w:w="4316" w:type="dxa"/>
          </w:tcPr>
          <w:p w14:paraId="6E671BA3" w14:textId="47FFD31E" w:rsidR="00E316F3" w:rsidRPr="00E316F3" w:rsidRDefault="00E316F3" w:rsidP="00FD4E44">
            <w:pPr>
              <w:rPr>
                <w:lang w:val="pl-PL"/>
              </w:rPr>
            </w:pPr>
            <w:r w:rsidRPr="00E316F3">
              <w:rPr>
                <w:lang w:val="pl-PL"/>
              </w:rPr>
              <w:t>PRZEDMIOT</w:t>
            </w:r>
          </w:p>
        </w:tc>
        <w:tc>
          <w:tcPr>
            <w:tcW w:w="4314" w:type="dxa"/>
          </w:tcPr>
          <w:p w14:paraId="049C2498" w14:textId="77777777" w:rsidR="00E316F3" w:rsidRDefault="00E316F3" w:rsidP="00FD4E44"/>
        </w:tc>
      </w:tr>
    </w:tbl>
    <w:p w14:paraId="5E35D6E2" w14:textId="77777777" w:rsidR="00F608C4" w:rsidRDefault="00F608C4" w:rsidP="00F608C4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52817C89" w14:textId="77777777" w:rsidR="00F608C4" w:rsidRDefault="00F608C4" w:rsidP="00F608C4">
      <w:proofErr w:type="spellStart"/>
      <w:r>
        <w:t>Materiał</w:t>
      </w:r>
      <w:proofErr w:type="spellEnd"/>
      <w:r>
        <w:t xml:space="preserve"> jest </w:t>
      </w:r>
      <w:proofErr w:type="spellStart"/>
      <w:r>
        <w:t>udostępniony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licencji</w:t>
      </w:r>
      <w:proofErr w:type="spellEnd"/>
      <w:r>
        <w:t xml:space="preserve"> Creative Commons </w:t>
      </w:r>
      <w:proofErr w:type="spellStart"/>
      <w:r>
        <w:t>Uznanie</w:t>
      </w:r>
      <w:proofErr w:type="spellEnd"/>
      <w:r>
        <w:t xml:space="preserve"> </w:t>
      </w:r>
      <w:proofErr w:type="spellStart"/>
      <w:r>
        <w:t>autorstwa</w:t>
      </w:r>
      <w:proofErr w:type="spellEnd"/>
      <w:r>
        <w:t xml:space="preserve"> CC BY 4.0</w:t>
      </w:r>
    </w:p>
    <w:p w14:paraId="4C9364D7" w14:textId="77777777" w:rsidR="00F608C4" w:rsidRDefault="00F608C4" w:rsidP="00F608C4">
      <w:r>
        <w:t>https://creativecommons.org/licenses/by/4.0/deed.pl</w:t>
      </w:r>
    </w:p>
    <w:p w14:paraId="4D907A79" w14:textId="77777777" w:rsidR="00F608C4" w:rsidRDefault="00F608C4" w:rsidP="00F608C4">
      <w:proofErr w:type="spellStart"/>
      <w:r>
        <w:t>Materiał</w:t>
      </w:r>
      <w:proofErr w:type="spellEnd"/>
      <w:r>
        <w:t xml:space="preserve"> </w:t>
      </w:r>
      <w:proofErr w:type="spellStart"/>
      <w:r>
        <w:t>opracowany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realizacją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„</w:t>
      </w:r>
      <w:proofErr w:type="spellStart"/>
      <w:r>
        <w:t>GreenTechEducation</w:t>
      </w:r>
      <w:proofErr w:type="spellEnd"/>
      <w:r>
        <w:t xml:space="preserve"> - SGGW </w:t>
      </w:r>
      <w:proofErr w:type="spellStart"/>
      <w:r>
        <w:t>dla</w:t>
      </w:r>
      <w:proofErr w:type="spellEnd"/>
    </w:p>
    <w:p w14:paraId="7E73F873" w14:textId="3AB76327" w:rsidR="00296112" w:rsidRDefault="00F608C4" w:rsidP="00F608C4">
      <w:proofErr w:type="spellStart"/>
      <w:r>
        <w:lastRenderedPageBreak/>
        <w:t>gospodarki</w:t>
      </w:r>
      <w:proofErr w:type="spellEnd"/>
      <w:r>
        <w:t xml:space="preserve"> </w:t>
      </w:r>
      <w:proofErr w:type="spellStart"/>
      <w:r>
        <w:t>przyszłości</w:t>
      </w:r>
      <w:proofErr w:type="spellEnd"/>
      <w:r>
        <w:t>” FERS.01.05-IP08-0330/23</w:t>
      </w:r>
    </w:p>
    <w:sectPr w:rsidR="00296112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FACB8" w14:textId="77777777" w:rsidR="005F3F7C" w:rsidRDefault="005F3F7C" w:rsidP="00521628">
      <w:pPr>
        <w:spacing w:after="0" w:line="240" w:lineRule="auto"/>
      </w:pPr>
      <w:r>
        <w:separator/>
      </w:r>
    </w:p>
  </w:endnote>
  <w:endnote w:type="continuationSeparator" w:id="0">
    <w:p w14:paraId="6F616AFC" w14:textId="77777777" w:rsidR="005F3F7C" w:rsidRDefault="005F3F7C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706A48" w:rsidRDefault="006667E5" w:rsidP="006667E5">
    <w:pPr>
      <w:pStyle w:val="Stopka"/>
      <w:rPr>
        <w:lang w:val="pl-PL"/>
      </w:rPr>
    </w:pPr>
    <w:r w:rsidRPr="00706A48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706A48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706A48">
      <w:rPr>
        <w:rFonts w:ascii="Calibri" w:hAnsi="Calibri" w:cs="Calibri"/>
        <w:color w:val="000000"/>
        <w:shd w:val="clear" w:color="auto" w:fill="FFFFFF"/>
        <w:lang w:val="pl-PL"/>
      </w:rPr>
      <w:br/>
    </w:r>
    <w:r w:rsidRPr="00706A48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706A48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0DB10" w14:textId="77777777" w:rsidR="005F3F7C" w:rsidRDefault="005F3F7C" w:rsidP="00521628">
      <w:pPr>
        <w:spacing w:after="0" w:line="240" w:lineRule="auto"/>
      </w:pPr>
      <w:r>
        <w:separator/>
      </w:r>
    </w:p>
  </w:footnote>
  <w:footnote w:type="continuationSeparator" w:id="0">
    <w:p w14:paraId="78CEB8AF" w14:textId="77777777" w:rsidR="005F3F7C" w:rsidRDefault="005F3F7C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5B336CB2">
          <wp:extent cx="7322185" cy="487680"/>
          <wp:effectExtent l="0" t="0" r="0" b="7620"/>
          <wp:docPr id="10" name="Obraz 10" descr="Logotypy instytucji i programów finansujących, w tym Fundusze Europejskie, Rzeczpospolita Polska, Unia Europejska oraz Szkoła Główna Gospodarstwa Wiejskiego w Warszawie. Układ poziomy z kolorowymi symbolami i tekstami reprezentującymi źródła wsparcia projektów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typy instytucji i programów finansujących, w tym Fundusze Europejskie, Rzeczpospolita Polska, Unia Europejska oraz Szkoła Główna Gospodarstwa Wiejskiego w Warszawie. Układ poziomy z kolorowymi symbolami i tekstami reprezentującymi źródła wsparcia projektów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42103E1"/>
    <w:multiLevelType w:val="hybridMultilevel"/>
    <w:tmpl w:val="E7BCD41A"/>
    <w:lvl w:ilvl="0" w:tplc="B226C7E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23DD7"/>
    <w:multiLevelType w:val="hybridMultilevel"/>
    <w:tmpl w:val="2444C2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C00AD1"/>
    <w:multiLevelType w:val="hybridMultilevel"/>
    <w:tmpl w:val="2444C2E0"/>
    <w:lvl w:ilvl="0" w:tplc="68587A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63230"/>
    <w:multiLevelType w:val="hybridMultilevel"/>
    <w:tmpl w:val="DA522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CC6BFB"/>
    <w:multiLevelType w:val="hybridMultilevel"/>
    <w:tmpl w:val="ADA28D58"/>
    <w:lvl w:ilvl="0" w:tplc="9864C2C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2170B4"/>
    <w:multiLevelType w:val="hybridMultilevel"/>
    <w:tmpl w:val="2444C2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4713CF"/>
    <w:multiLevelType w:val="hybridMultilevel"/>
    <w:tmpl w:val="4C4091AA"/>
    <w:lvl w:ilvl="0" w:tplc="B812FE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CAD2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3254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BC90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6A37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B239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08D1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2A9F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0440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1507557339">
    <w:abstractNumId w:val="13"/>
  </w:num>
  <w:num w:numId="11" w16cid:durableId="93594043">
    <w:abstractNumId w:val="11"/>
  </w:num>
  <w:num w:numId="12" w16cid:durableId="637565873">
    <w:abstractNumId w:val="10"/>
  </w:num>
  <w:num w:numId="13" w16cid:durableId="2060129408">
    <w:abstractNumId w:val="14"/>
  </w:num>
  <w:num w:numId="14" w16cid:durableId="129053765">
    <w:abstractNumId w:val="12"/>
  </w:num>
  <w:num w:numId="15" w16cid:durableId="93791065">
    <w:abstractNumId w:val="9"/>
  </w:num>
  <w:num w:numId="16" w16cid:durableId="13899130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FAD"/>
    <w:rsid w:val="00011F7A"/>
    <w:rsid w:val="00034616"/>
    <w:rsid w:val="00035CD3"/>
    <w:rsid w:val="00041B52"/>
    <w:rsid w:val="00056BC1"/>
    <w:rsid w:val="0006063C"/>
    <w:rsid w:val="00067DDD"/>
    <w:rsid w:val="00077043"/>
    <w:rsid w:val="00091956"/>
    <w:rsid w:val="000F1F39"/>
    <w:rsid w:val="001210B4"/>
    <w:rsid w:val="0015074B"/>
    <w:rsid w:val="00152252"/>
    <w:rsid w:val="0015608E"/>
    <w:rsid w:val="00183CE9"/>
    <w:rsid w:val="001C2198"/>
    <w:rsid w:val="001F1A31"/>
    <w:rsid w:val="002041AF"/>
    <w:rsid w:val="00217845"/>
    <w:rsid w:val="00294596"/>
    <w:rsid w:val="00296112"/>
    <w:rsid w:val="0029639D"/>
    <w:rsid w:val="002A1329"/>
    <w:rsid w:val="00310097"/>
    <w:rsid w:val="00326F90"/>
    <w:rsid w:val="003318DC"/>
    <w:rsid w:val="00337869"/>
    <w:rsid w:val="003622C1"/>
    <w:rsid w:val="003628CD"/>
    <w:rsid w:val="003A0AC6"/>
    <w:rsid w:val="003D3147"/>
    <w:rsid w:val="003D3173"/>
    <w:rsid w:val="003E48BF"/>
    <w:rsid w:val="003F5BD9"/>
    <w:rsid w:val="0044797C"/>
    <w:rsid w:val="00456038"/>
    <w:rsid w:val="00476D34"/>
    <w:rsid w:val="00490175"/>
    <w:rsid w:val="004B726D"/>
    <w:rsid w:val="004D3493"/>
    <w:rsid w:val="004D57F4"/>
    <w:rsid w:val="004F4BEA"/>
    <w:rsid w:val="005143E8"/>
    <w:rsid w:val="00521628"/>
    <w:rsid w:val="00527A38"/>
    <w:rsid w:val="005670C5"/>
    <w:rsid w:val="0058212E"/>
    <w:rsid w:val="005A7D5C"/>
    <w:rsid w:val="005D1D22"/>
    <w:rsid w:val="005D4D6F"/>
    <w:rsid w:val="005F3F7C"/>
    <w:rsid w:val="00611E7D"/>
    <w:rsid w:val="00612384"/>
    <w:rsid w:val="00612C77"/>
    <w:rsid w:val="006227B8"/>
    <w:rsid w:val="00646C4E"/>
    <w:rsid w:val="006667E5"/>
    <w:rsid w:val="00670534"/>
    <w:rsid w:val="00706A48"/>
    <w:rsid w:val="00737855"/>
    <w:rsid w:val="007444E4"/>
    <w:rsid w:val="00752E9C"/>
    <w:rsid w:val="00753069"/>
    <w:rsid w:val="0076701A"/>
    <w:rsid w:val="00777F8C"/>
    <w:rsid w:val="0079713D"/>
    <w:rsid w:val="007A588A"/>
    <w:rsid w:val="007B420E"/>
    <w:rsid w:val="007B6776"/>
    <w:rsid w:val="007C2862"/>
    <w:rsid w:val="007E09B4"/>
    <w:rsid w:val="007E4B8F"/>
    <w:rsid w:val="0084200F"/>
    <w:rsid w:val="00875147"/>
    <w:rsid w:val="008978B8"/>
    <w:rsid w:val="008C3D20"/>
    <w:rsid w:val="008D0CBA"/>
    <w:rsid w:val="008D4175"/>
    <w:rsid w:val="009157FD"/>
    <w:rsid w:val="00936688"/>
    <w:rsid w:val="009456D1"/>
    <w:rsid w:val="00976B8B"/>
    <w:rsid w:val="00A134BC"/>
    <w:rsid w:val="00A14DF6"/>
    <w:rsid w:val="00A557B3"/>
    <w:rsid w:val="00A82949"/>
    <w:rsid w:val="00AA1D8D"/>
    <w:rsid w:val="00AA2F28"/>
    <w:rsid w:val="00AC1286"/>
    <w:rsid w:val="00AC1378"/>
    <w:rsid w:val="00B34F4E"/>
    <w:rsid w:val="00B47730"/>
    <w:rsid w:val="00B57245"/>
    <w:rsid w:val="00B63A80"/>
    <w:rsid w:val="00B734AA"/>
    <w:rsid w:val="00B82CF0"/>
    <w:rsid w:val="00B92A90"/>
    <w:rsid w:val="00B96F34"/>
    <w:rsid w:val="00BA4DD9"/>
    <w:rsid w:val="00BD0713"/>
    <w:rsid w:val="00BE192A"/>
    <w:rsid w:val="00C42004"/>
    <w:rsid w:val="00C472F8"/>
    <w:rsid w:val="00C5174D"/>
    <w:rsid w:val="00C551F5"/>
    <w:rsid w:val="00C66032"/>
    <w:rsid w:val="00C8548C"/>
    <w:rsid w:val="00C97566"/>
    <w:rsid w:val="00CA63C9"/>
    <w:rsid w:val="00CB0664"/>
    <w:rsid w:val="00CB205F"/>
    <w:rsid w:val="00CD4559"/>
    <w:rsid w:val="00CF797C"/>
    <w:rsid w:val="00D054A7"/>
    <w:rsid w:val="00D05D94"/>
    <w:rsid w:val="00D64982"/>
    <w:rsid w:val="00D67E70"/>
    <w:rsid w:val="00D74BA4"/>
    <w:rsid w:val="00D85CF7"/>
    <w:rsid w:val="00D9781D"/>
    <w:rsid w:val="00DB7DB7"/>
    <w:rsid w:val="00DD662C"/>
    <w:rsid w:val="00DF6BFF"/>
    <w:rsid w:val="00E15201"/>
    <w:rsid w:val="00E316F3"/>
    <w:rsid w:val="00E41A6D"/>
    <w:rsid w:val="00E55669"/>
    <w:rsid w:val="00E7036B"/>
    <w:rsid w:val="00E87AE7"/>
    <w:rsid w:val="00F4648D"/>
    <w:rsid w:val="00F5150A"/>
    <w:rsid w:val="00F608C4"/>
    <w:rsid w:val="00F64836"/>
    <w:rsid w:val="00F724FD"/>
    <w:rsid w:val="00F741CF"/>
    <w:rsid w:val="00F95C39"/>
    <w:rsid w:val="00FA7A72"/>
    <w:rsid w:val="00FC1F8F"/>
    <w:rsid w:val="00FC693F"/>
    <w:rsid w:val="00FD3E5E"/>
    <w:rsid w:val="00FE03B6"/>
    <w:rsid w:val="00FF3A01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4B8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610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 Frymus</cp:lastModifiedBy>
  <cp:revision>18</cp:revision>
  <dcterms:created xsi:type="dcterms:W3CDTF">2026-06-29T21:48:00Z</dcterms:created>
  <dcterms:modified xsi:type="dcterms:W3CDTF">2026-07-31T09:14:00Z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</Properties>
</file>