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75E55" w14:textId="77777777" w:rsidR="00521628" w:rsidRPr="00C551F5" w:rsidRDefault="00521628" w:rsidP="0052162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28CD021" w14:textId="77777777" w:rsidR="00F5150A" w:rsidRPr="00706A48" w:rsidRDefault="00F5150A">
      <w:pPr>
        <w:pStyle w:val="Nagwek1"/>
        <w:rPr>
          <w:rStyle w:val="eop"/>
          <w:rFonts w:ascii="Calibri" w:hAnsi="Calibri" w:cs="Calibri"/>
          <w:color w:val="000000"/>
          <w:shd w:val="clear" w:color="auto" w:fill="FFFFFF"/>
          <w:lang w:val="pl-PL"/>
        </w:rPr>
      </w:pPr>
      <w:r w:rsidRPr="00706A48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SCENARIUSZ ZAJĘĆ </w:t>
      </w:r>
      <w:r w:rsidRPr="00706A48">
        <w:rPr>
          <w:rStyle w:val="scxw141761663"/>
          <w:rFonts w:ascii="Calibri" w:hAnsi="Calibri" w:cs="Calibri"/>
          <w:color w:val="000000"/>
          <w:shd w:val="clear" w:color="auto" w:fill="FFFFFF"/>
          <w:lang w:val="pl-PL"/>
        </w:rPr>
        <w:t> </w:t>
      </w:r>
      <w:r w:rsidRPr="00706A48">
        <w:rPr>
          <w:rFonts w:ascii="Calibri" w:hAnsi="Calibri" w:cs="Calibri"/>
          <w:color w:val="000000"/>
          <w:shd w:val="clear" w:color="auto" w:fill="FFFFFF"/>
          <w:lang w:val="pl-PL"/>
        </w:rPr>
        <w:br/>
      </w:r>
      <w:r w:rsidRPr="00706A48">
        <w:rPr>
          <w:rStyle w:val="normaltextrun"/>
          <w:rFonts w:ascii="Calibri" w:hAnsi="Calibri" w:cs="Calibri"/>
          <w:color w:val="000000"/>
          <w:shd w:val="clear" w:color="auto" w:fill="FFFFFF"/>
          <w:lang w:val="pl-PL"/>
        </w:rPr>
        <w:t>realizowany w ramach projektu: </w:t>
      </w:r>
      <w:r w:rsidRPr="00706A48">
        <w:rPr>
          <w:rStyle w:val="scxw141761663"/>
          <w:rFonts w:ascii="Calibri" w:hAnsi="Calibri" w:cs="Calibri"/>
          <w:color w:val="000000"/>
          <w:shd w:val="clear" w:color="auto" w:fill="FFFFFF"/>
          <w:lang w:val="pl-PL"/>
        </w:rPr>
        <w:t> </w:t>
      </w:r>
      <w:r w:rsidRPr="00706A48">
        <w:rPr>
          <w:rFonts w:ascii="Calibri" w:hAnsi="Calibri" w:cs="Calibri"/>
          <w:color w:val="000000"/>
          <w:shd w:val="clear" w:color="auto" w:fill="FFFFFF"/>
          <w:lang w:val="pl-PL"/>
        </w:rPr>
        <w:br/>
      </w:r>
      <w:r w:rsidRPr="00706A48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„</w:t>
      </w:r>
      <w:proofErr w:type="spellStart"/>
      <w:r w:rsidRPr="00706A48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GreenTechEducation</w:t>
      </w:r>
      <w:proofErr w:type="spellEnd"/>
      <w:r w:rsidRPr="00706A48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 – SGGW dla gospodarki przyszłości” nr umowy: FERS.01.05-IP.08-0330/23-00</w:t>
      </w:r>
      <w:r w:rsidRPr="00706A48">
        <w:rPr>
          <w:rStyle w:val="eop"/>
          <w:rFonts w:ascii="Calibri" w:hAnsi="Calibri" w:cs="Calibri"/>
          <w:color w:val="000000"/>
          <w:shd w:val="clear" w:color="auto" w:fill="FFFFFF"/>
          <w:lang w:val="pl-PL"/>
        </w:rPr>
        <w:t> </w:t>
      </w:r>
    </w:p>
    <w:p w14:paraId="4D049BA5" w14:textId="0806DEF4" w:rsidR="551F1297" w:rsidRPr="0044059F" w:rsidRDefault="551F1297" w:rsidP="4549D576">
      <w:pPr>
        <w:pStyle w:val="Nagwek1"/>
        <w:rPr>
          <w:color w:val="auto"/>
          <w:lang w:val="pl-PL"/>
        </w:rPr>
      </w:pPr>
      <w:r w:rsidRPr="0044059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I</w:t>
      </w:r>
      <w:r w:rsidRPr="0044059F">
        <w:rPr>
          <w:rFonts w:ascii="Calibri" w:eastAsia="Calibri" w:hAnsi="Calibri" w:cs="Calibri"/>
          <w:color w:val="auto"/>
          <w:sz w:val="24"/>
          <w:szCs w:val="24"/>
          <w:lang w:val="pl-PL"/>
        </w:rPr>
        <w:t>nformacje 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44059F" w14:paraId="4A8873D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5CBA" w14:textId="7F66419F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Przedmiot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00235" w14:textId="6722FC50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2041AF" w:rsidRPr="0044059F">
              <w:rPr>
                <w:rFonts w:ascii="Calibri" w:eastAsia="Calibri" w:hAnsi="Calibri" w:cs="Calibri"/>
                <w:lang w:val="pl-PL"/>
              </w:rPr>
              <w:t>Chirurgia ogólna i anestezjologia</w:t>
            </w:r>
          </w:p>
        </w:tc>
      </w:tr>
      <w:tr w:rsidR="4549D576" w:rsidRPr="0044059F" w14:paraId="55FA18E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66E53" w14:textId="2C5CBCA4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Kierunek studiów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55AAD" w14:textId="72A52811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706A48" w:rsidRPr="0044059F">
              <w:rPr>
                <w:rFonts w:ascii="Calibri" w:eastAsia="Calibri" w:hAnsi="Calibri" w:cs="Calibri"/>
                <w:lang w:val="pl-PL"/>
              </w:rPr>
              <w:t>weterynaria</w:t>
            </w:r>
          </w:p>
        </w:tc>
      </w:tr>
      <w:tr w:rsidR="4549D576" w:rsidRPr="0044059F" w14:paraId="5744168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8EAA9" w14:textId="01BE6353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Poziom studiów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9E89" w14:textId="3BA183F4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jednolite magisterskie </w:t>
            </w:r>
          </w:p>
        </w:tc>
      </w:tr>
      <w:tr w:rsidR="4549D576" w:rsidRPr="0044059F" w14:paraId="76191E6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E17F" w14:textId="6D08C7CF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Semestr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EFA7E" w14:textId="1F0C7DE3" w:rsidR="4549D576" w:rsidRPr="0044059F" w:rsidRDefault="002041AF" w:rsidP="4549D576">
            <w:pPr>
              <w:rPr>
                <w:lang w:val="pl-PL"/>
              </w:rPr>
            </w:pPr>
            <w:r w:rsidRPr="0044059F">
              <w:rPr>
                <w:lang w:val="pl-PL"/>
              </w:rPr>
              <w:t>Semestr 6</w:t>
            </w:r>
          </w:p>
        </w:tc>
      </w:tr>
      <w:tr w:rsidR="4549D576" w:rsidRPr="0044059F" w14:paraId="68606A8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4A9A1" w14:textId="622923FD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Jednostka organizacyjna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0CF83" w14:textId="14BE3FC1" w:rsidR="4549D576" w:rsidRPr="0044059F" w:rsidRDefault="002041AF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Wydział Medycyny Weterynaryjnej</w:t>
            </w:r>
          </w:p>
        </w:tc>
      </w:tr>
      <w:tr w:rsidR="4549D576" w:rsidRPr="0044059F" w14:paraId="68DB47B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66373" w14:textId="02482342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Liczba godzin (łącznie):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D570B" w14:textId="1447BC7A" w:rsidR="4549D576" w:rsidRPr="0044059F" w:rsidRDefault="002041AF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45</w:t>
            </w:r>
          </w:p>
        </w:tc>
      </w:tr>
      <w:tr w:rsidR="4549D576" w:rsidRPr="0044059F" w14:paraId="1C7A0F48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5014A" w14:textId="08C96ADE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Liczba scenariuszy w przedmiocie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32C5C" w14:textId="38F1DF10" w:rsidR="4549D576" w:rsidRPr="0044059F" w:rsidRDefault="002041AF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4</w:t>
            </w:r>
          </w:p>
        </w:tc>
      </w:tr>
      <w:tr w:rsidR="4549D576" w:rsidRPr="0044059F" w14:paraId="12EAE1D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0FD1A" w14:textId="54350C8B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Liczba godzin wykładów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AF0E3" w14:textId="0A8445EB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2041AF" w:rsidRPr="0044059F">
              <w:rPr>
                <w:rFonts w:ascii="Calibri" w:eastAsia="Calibri" w:hAnsi="Calibri" w:cs="Calibri"/>
                <w:lang w:val="pl-PL"/>
              </w:rPr>
              <w:t>15</w:t>
            </w:r>
          </w:p>
        </w:tc>
      </w:tr>
      <w:tr w:rsidR="4549D576" w:rsidRPr="0044059F" w14:paraId="2801335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25B60" w14:textId="2F8AE044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Liczba godzin ćwiczeń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341A" w14:textId="5D02BCA5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2041AF" w:rsidRPr="0044059F">
              <w:rPr>
                <w:rFonts w:ascii="Calibri" w:eastAsia="Calibri" w:hAnsi="Calibri" w:cs="Calibri"/>
                <w:lang w:val="pl-PL"/>
              </w:rPr>
              <w:t>30</w:t>
            </w:r>
          </w:p>
        </w:tc>
      </w:tr>
      <w:tr w:rsidR="4549D576" w:rsidRPr="0044059F" w14:paraId="3D6B2F8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4AA54" w14:textId="2EFC109E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Liczba ECTS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10E9FD" w14:textId="5C60E425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2041AF" w:rsidRPr="0044059F">
              <w:rPr>
                <w:rFonts w:ascii="Calibri" w:eastAsia="Calibri" w:hAnsi="Calibri" w:cs="Calibri"/>
                <w:lang w:val="pl-PL"/>
              </w:rPr>
              <w:t>4</w:t>
            </w:r>
          </w:p>
        </w:tc>
      </w:tr>
      <w:tr w:rsidR="4549D576" w:rsidRPr="0044059F" w14:paraId="0BF3AF1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1536B" w14:textId="08D84765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Koordynator przedmiotu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9E7A1" w14:textId="7A44270F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612C77" w:rsidRPr="0044059F">
              <w:rPr>
                <w:rFonts w:ascii="Calibri" w:eastAsia="Calibri" w:hAnsi="Calibri" w:cs="Calibri"/>
                <w:lang w:val="pl-PL"/>
              </w:rPr>
              <w:t xml:space="preserve">Prof. dr hab. </w:t>
            </w:r>
            <w:r w:rsidR="002041AF" w:rsidRPr="0044059F">
              <w:rPr>
                <w:rFonts w:ascii="Calibri" w:eastAsia="Calibri" w:hAnsi="Calibri" w:cs="Calibri"/>
                <w:lang w:val="pl-PL"/>
              </w:rPr>
              <w:t>Jacek Sterna</w:t>
            </w:r>
          </w:p>
        </w:tc>
      </w:tr>
    </w:tbl>
    <w:p w14:paraId="6B2CB23D" w14:textId="3B74215B" w:rsidR="551F1297" w:rsidRPr="0044059F" w:rsidRDefault="551F1297" w:rsidP="4549D576">
      <w:pPr>
        <w:pStyle w:val="Nagwek1"/>
        <w:rPr>
          <w:color w:val="auto"/>
          <w:lang w:val="pl-PL"/>
        </w:rPr>
      </w:pPr>
      <w:r w:rsidRPr="0044059F">
        <w:rPr>
          <w:rFonts w:ascii="Calibri" w:eastAsia="Calibri" w:hAnsi="Calibri" w:cs="Calibri"/>
          <w:color w:val="auto"/>
          <w:sz w:val="24"/>
          <w:szCs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44059F" w14:paraId="1F3226C2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FAD89" w14:textId="18785FBB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Scenariusz nr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B4D8D" w14:textId="2E5B1E85" w:rsidR="4549D576" w:rsidRPr="0044059F" w:rsidRDefault="009B0A52" w:rsidP="4549D576">
            <w:pPr>
              <w:rPr>
                <w:lang w:val="pl-PL"/>
              </w:rPr>
            </w:pPr>
            <w:r w:rsidRPr="0044059F">
              <w:rPr>
                <w:lang w:val="pl-PL"/>
              </w:rPr>
              <w:t>4</w:t>
            </w:r>
          </w:p>
        </w:tc>
      </w:tr>
      <w:tr w:rsidR="4549D576" w:rsidRPr="0044059F" w14:paraId="4D393EB1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F4B67" w14:textId="31A952FC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Temat zajęć/blok tematyczny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818A6" w14:textId="20F23FD1" w:rsidR="4549D576" w:rsidRPr="0044059F" w:rsidRDefault="00D21675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b/>
                <w:bCs/>
                <w:lang w:val="pl-PL"/>
              </w:rPr>
              <w:t>Przygotowanie pacjenta do zabiegu oraz praktyczne wykorzystanie modeli chirurgicznych</w:t>
            </w:r>
          </w:p>
        </w:tc>
      </w:tr>
      <w:tr w:rsidR="4549D576" w:rsidRPr="0044059F" w14:paraId="339C660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93557" w14:textId="73E5E7F2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Forma zajęć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EFF6C" w14:textId="5E3469D3" w:rsidR="4549D576" w:rsidRPr="0044059F" w:rsidRDefault="00612C77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Ć</w:t>
            </w:r>
            <w:r w:rsidR="4549D576" w:rsidRPr="0044059F">
              <w:rPr>
                <w:rFonts w:ascii="Calibri" w:eastAsia="Calibri" w:hAnsi="Calibri" w:cs="Calibri"/>
                <w:lang w:val="pl-PL"/>
              </w:rPr>
              <w:t>wiczenia</w:t>
            </w:r>
          </w:p>
        </w:tc>
      </w:tr>
      <w:tr w:rsidR="4549D576" w:rsidRPr="0044059F" w14:paraId="79BFCE16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58AFD" w14:textId="016E0F54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Czas realizacji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C57A6" w14:textId="1A2FE680" w:rsidR="4549D576" w:rsidRPr="0044059F" w:rsidRDefault="008C7EE8" w:rsidP="4549D576">
            <w:pPr>
              <w:rPr>
                <w:lang w:val="pl-PL"/>
              </w:rPr>
            </w:pPr>
            <w:r w:rsidRPr="0044059F">
              <w:rPr>
                <w:lang w:val="pl-PL"/>
              </w:rPr>
              <w:t>90</w:t>
            </w:r>
            <w:r w:rsidR="007E4B8F" w:rsidRPr="0044059F">
              <w:rPr>
                <w:lang w:val="pl-PL"/>
              </w:rPr>
              <w:t xml:space="preserve"> minut</w:t>
            </w:r>
          </w:p>
        </w:tc>
      </w:tr>
      <w:tr w:rsidR="4549D576" w:rsidRPr="0044059F" w14:paraId="1097889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14166" w14:textId="71BAB04A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Cel główny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14C63" w14:textId="31A461CC" w:rsidR="4549D576" w:rsidRPr="0044059F" w:rsidRDefault="006334BA" w:rsidP="4549D576">
            <w:pPr>
              <w:rPr>
                <w:lang w:val="pl-PL"/>
              </w:rPr>
            </w:pPr>
            <w:proofErr w:type="spellStart"/>
            <w:r w:rsidRPr="006334BA">
              <w:t>Zapoznanie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studentów</w:t>
            </w:r>
            <w:proofErr w:type="spellEnd"/>
            <w:r w:rsidRPr="006334BA">
              <w:t xml:space="preserve"> z </w:t>
            </w:r>
            <w:proofErr w:type="spellStart"/>
            <w:r w:rsidRPr="006334BA">
              <w:t>zasadami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przygotowania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małych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zwierząt</w:t>
            </w:r>
            <w:proofErr w:type="spellEnd"/>
            <w:r w:rsidRPr="006334BA">
              <w:t xml:space="preserve"> do </w:t>
            </w:r>
            <w:proofErr w:type="spellStart"/>
            <w:r w:rsidRPr="006334BA">
              <w:t>zabiegu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operacyjnego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oraz</w:t>
            </w:r>
            <w:proofErr w:type="spellEnd"/>
            <w:r w:rsidRPr="006334BA">
              <w:t xml:space="preserve"> z </w:t>
            </w:r>
            <w:proofErr w:type="spellStart"/>
            <w:r w:rsidRPr="006334BA">
              <w:t>wykorzystaniem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modeli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chirurgicznych</w:t>
            </w:r>
            <w:proofErr w:type="spellEnd"/>
            <w:r w:rsidRPr="006334BA">
              <w:t xml:space="preserve"> do </w:t>
            </w:r>
            <w:proofErr w:type="spellStart"/>
            <w:r w:rsidRPr="006334BA">
              <w:t>nauki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podstawowych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procedur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wykonywanych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przed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i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podczas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zabiegów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chirurgicznych</w:t>
            </w:r>
            <w:proofErr w:type="spellEnd"/>
            <w:r w:rsidRPr="006334BA">
              <w:t>.</w:t>
            </w:r>
          </w:p>
        </w:tc>
      </w:tr>
      <w:tr w:rsidR="4549D576" w:rsidRPr="0044059F" w14:paraId="452D20ED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3F592" w14:textId="14BBC1ED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Cele szczegółowe jednostki dydaktycznej/bloku tematycznego/modułu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A6B550" w14:textId="77777777" w:rsidR="006334BA" w:rsidRPr="006334BA" w:rsidRDefault="006334BA" w:rsidP="006334BA">
            <w:pPr>
              <w:rPr>
                <w:lang w:val="pl-PL"/>
              </w:rPr>
            </w:pPr>
            <w:r w:rsidRPr="006334BA">
              <w:rPr>
                <w:lang w:val="pl-PL"/>
              </w:rPr>
              <w:t>Po zakończeniu zajęć student:</w:t>
            </w:r>
          </w:p>
          <w:p w14:paraId="5086731C" w14:textId="77777777" w:rsidR="006334BA" w:rsidRPr="006334BA" w:rsidRDefault="006334BA" w:rsidP="006334BA">
            <w:pPr>
              <w:numPr>
                <w:ilvl w:val="0"/>
                <w:numId w:val="22"/>
              </w:numPr>
              <w:rPr>
                <w:lang w:val="pl-PL"/>
              </w:rPr>
            </w:pPr>
            <w:r w:rsidRPr="006334BA">
              <w:rPr>
                <w:lang w:val="pl-PL"/>
              </w:rPr>
              <w:t xml:space="preserve">zna zasady przygotowania pacjenta do zabiegu operacyjnego, </w:t>
            </w:r>
          </w:p>
          <w:p w14:paraId="50FAEA17" w14:textId="77777777" w:rsidR="006334BA" w:rsidRPr="006334BA" w:rsidRDefault="006334BA" w:rsidP="006334BA">
            <w:pPr>
              <w:numPr>
                <w:ilvl w:val="0"/>
                <w:numId w:val="22"/>
              </w:numPr>
              <w:rPr>
                <w:lang w:val="pl-PL"/>
              </w:rPr>
            </w:pPr>
            <w:r w:rsidRPr="006334BA">
              <w:rPr>
                <w:lang w:val="pl-PL"/>
              </w:rPr>
              <w:t xml:space="preserve">rozpoznaje etapy przygotowania pacjenta do intubacji dotchawiczej, </w:t>
            </w:r>
          </w:p>
          <w:p w14:paraId="44F35AEF" w14:textId="77777777" w:rsidR="006334BA" w:rsidRPr="006334BA" w:rsidRDefault="006334BA" w:rsidP="006334BA">
            <w:pPr>
              <w:numPr>
                <w:ilvl w:val="0"/>
                <w:numId w:val="22"/>
              </w:numPr>
              <w:rPr>
                <w:lang w:val="pl-PL"/>
              </w:rPr>
            </w:pPr>
            <w:r w:rsidRPr="006334BA">
              <w:rPr>
                <w:b/>
                <w:bCs/>
                <w:lang w:val="pl-PL"/>
              </w:rPr>
              <w:t>wie, jak prawidłowo wykonać intubację dotchawiczą z wykorzystaniem modelu szkoleniowego,</w:t>
            </w:r>
            <w:r w:rsidRPr="006334BA">
              <w:rPr>
                <w:lang w:val="pl-PL"/>
              </w:rPr>
              <w:t xml:space="preserve"> </w:t>
            </w:r>
          </w:p>
          <w:p w14:paraId="46F44FDA" w14:textId="77777777" w:rsidR="006334BA" w:rsidRPr="006334BA" w:rsidRDefault="006334BA" w:rsidP="006334BA">
            <w:pPr>
              <w:numPr>
                <w:ilvl w:val="0"/>
                <w:numId w:val="22"/>
              </w:numPr>
              <w:rPr>
                <w:lang w:val="pl-PL"/>
              </w:rPr>
            </w:pPr>
            <w:r w:rsidRPr="006334BA">
              <w:rPr>
                <w:b/>
                <w:bCs/>
                <w:lang w:val="pl-PL"/>
              </w:rPr>
              <w:lastRenderedPageBreak/>
              <w:t xml:space="preserve">wie, jak bezpiecznie założyć sondę </w:t>
            </w:r>
            <w:proofErr w:type="spellStart"/>
            <w:r w:rsidRPr="006334BA">
              <w:rPr>
                <w:b/>
                <w:bCs/>
                <w:lang w:val="pl-PL"/>
              </w:rPr>
              <w:t>dożołądkową</w:t>
            </w:r>
            <w:proofErr w:type="spellEnd"/>
            <w:r w:rsidRPr="006334BA">
              <w:rPr>
                <w:b/>
                <w:bCs/>
                <w:lang w:val="pl-PL"/>
              </w:rPr>
              <w:t xml:space="preserve"> na modelu psa,</w:t>
            </w:r>
            <w:r w:rsidRPr="006334BA">
              <w:rPr>
                <w:lang w:val="pl-PL"/>
              </w:rPr>
              <w:t xml:space="preserve"> </w:t>
            </w:r>
          </w:p>
          <w:p w14:paraId="25A82D8C" w14:textId="77777777" w:rsidR="006334BA" w:rsidRPr="006334BA" w:rsidRDefault="006334BA" w:rsidP="006334BA">
            <w:pPr>
              <w:numPr>
                <w:ilvl w:val="0"/>
                <w:numId w:val="22"/>
              </w:numPr>
              <w:rPr>
                <w:lang w:val="pl-PL"/>
              </w:rPr>
            </w:pPr>
            <w:r w:rsidRPr="006334BA">
              <w:rPr>
                <w:lang w:val="pl-PL"/>
              </w:rPr>
              <w:t xml:space="preserve">rozpoznaje kolejne etapy kastracji psa wykonywane na modelu chirurgicznym, </w:t>
            </w:r>
          </w:p>
          <w:p w14:paraId="3FE8150C" w14:textId="77777777" w:rsidR="006334BA" w:rsidRPr="006334BA" w:rsidRDefault="006334BA" w:rsidP="006334BA">
            <w:pPr>
              <w:numPr>
                <w:ilvl w:val="0"/>
                <w:numId w:val="22"/>
              </w:numPr>
              <w:rPr>
                <w:lang w:val="pl-PL"/>
              </w:rPr>
            </w:pPr>
            <w:r w:rsidRPr="006334BA">
              <w:rPr>
                <w:lang w:val="pl-PL"/>
              </w:rPr>
              <w:t xml:space="preserve">rozpoznaje kolejne etapy sterylizacji samicy wykonywane na symulatorze, </w:t>
            </w:r>
          </w:p>
          <w:p w14:paraId="457C483F" w14:textId="77777777" w:rsidR="006334BA" w:rsidRPr="006334BA" w:rsidRDefault="006334BA" w:rsidP="006334BA">
            <w:pPr>
              <w:numPr>
                <w:ilvl w:val="0"/>
                <w:numId w:val="22"/>
              </w:numPr>
              <w:rPr>
                <w:lang w:val="pl-PL"/>
              </w:rPr>
            </w:pPr>
            <w:r w:rsidRPr="006334BA">
              <w:rPr>
                <w:lang w:val="pl-PL"/>
              </w:rPr>
              <w:t xml:space="preserve">dobiera podstawowy sprzęt wykorzystywany podczas przygotowania pacjenta do zabiegu, </w:t>
            </w:r>
          </w:p>
          <w:p w14:paraId="4BEC7F63" w14:textId="77777777" w:rsidR="006334BA" w:rsidRPr="006334BA" w:rsidRDefault="006334BA" w:rsidP="006334BA">
            <w:pPr>
              <w:numPr>
                <w:ilvl w:val="0"/>
                <w:numId w:val="22"/>
              </w:numPr>
              <w:rPr>
                <w:lang w:val="pl-PL"/>
              </w:rPr>
            </w:pPr>
            <w:r w:rsidRPr="006334BA">
              <w:rPr>
                <w:lang w:val="pl-PL"/>
              </w:rPr>
              <w:t>stosuje zasady aseptyki oraz bezpieczeństwa podczas wykonywania procedur na modelach.</w:t>
            </w:r>
          </w:p>
          <w:p w14:paraId="270269CA" w14:textId="1B8A277C" w:rsidR="00310097" w:rsidRPr="0044059F" w:rsidRDefault="00310097" w:rsidP="006334BA">
            <w:pPr>
              <w:rPr>
                <w:lang w:val="pl-PL"/>
              </w:rPr>
            </w:pPr>
          </w:p>
        </w:tc>
      </w:tr>
      <w:tr w:rsidR="4549D576" w:rsidRPr="0044059F" w14:paraId="3E5F231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77D85" w14:textId="09ADB9DC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EFC015" w14:textId="13F092B7" w:rsidR="009B0A52" w:rsidRPr="0044059F" w:rsidRDefault="009B0A52" w:rsidP="009B0A52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komputer, projektor multimedialny, prezentacja PowerPoint, modele i symulatory weterynaryjne, zestawy chirurgiczne, środki do dezynfekcji, </w:t>
            </w:r>
          </w:p>
          <w:p w14:paraId="4AA8ADDC" w14:textId="7BA4B598" w:rsidR="009B0A52" w:rsidRPr="0044059F" w:rsidRDefault="009B0A52" w:rsidP="009B0A52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materiały jednorazowe, rurki intubacyjne </w:t>
            </w:r>
          </w:p>
          <w:p w14:paraId="4BBCE0D2" w14:textId="676A2ACF" w:rsidR="4549D576" w:rsidRPr="0044059F" w:rsidRDefault="009B0A52" w:rsidP="009B0A52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rękawiczki ochronne, sprzęt wykorzystywany podczas przygotowania pacjenta do zabiegu.</w:t>
            </w:r>
          </w:p>
        </w:tc>
      </w:tr>
      <w:tr w:rsidR="4549D576" w:rsidRPr="0044059F" w14:paraId="4430045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E9694" w14:textId="00FA2F47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Czynności organizacyjne i przygotowawcze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3C666" w14:textId="5FF291AB" w:rsidR="4549D576" w:rsidRPr="0044059F" w:rsidRDefault="003D428D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Przygotowanie stanowisk dydaktycznych, sprawdzenie kompletności modeli, symulatorów oraz wyposażenia wykorzystywanego podczas zajęć (igły iniekcyjne, strzykawki, </w:t>
            </w:r>
            <w:proofErr w:type="spellStart"/>
            <w:r w:rsidRPr="0044059F">
              <w:rPr>
                <w:rFonts w:ascii="Calibri" w:eastAsia="Calibri" w:hAnsi="Calibri" w:cs="Calibri"/>
                <w:lang w:val="pl-PL"/>
              </w:rPr>
              <w:t>wenflony</w:t>
            </w:r>
            <w:proofErr w:type="spellEnd"/>
            <w:r w:rsidRPr="0044059F">
              <w:rPr>
                <w:rFonts w:ascii="Calibri" w:eastAsia="Calibri" w:hAnsi="Calibri" w:cs="Calibri"/>
                <w:lang w:val="pl-PL"/>
              </w:rPr>
              <w:t xml:space="preserve">, rurki intubacyjne), przygotowanie prezentacji multimedialnej. </w:t>
            </w:r>
          </w:p>
        </w:tc>
      </w:tr>
    </w:tbl>
    <w:p w14:paraId="457686D5" w14:textId="04D697BB" w:rsidR="551F1297" w:rsidRPr="0044059F" w:rsidRDefault="551F1297" w:rsidP="4549D576">
      <w:pPr>
        <w:pStyle w:val="Nagwek1"/>
        <w:rPr>
          <w:color w:val="auto"/>
          <w:lang w:val="pl-PL"/>
        </w:rPr>
      </w:pPr>
      <w:r w:rsidRPr="0044059F">
        <w:rPr>
          <w:rFonts w:ascii="Calibri" w:eastAsia="Calibri" w:hAnsi="Calibri" w:cs="Calibri"/>
          <w:color w:val="auto"/>
          <w:sz w:val="24"/>
          <w:szCs w:val="24"/>
          <w:lang w:val="pl-PL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44059F" w14:paraId="09B972FA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1B587" w14:textId="5F29A265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Nazwa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CC1170" w14:textId="3C73CB3F" w:rsidR="4549D576" w:rsidRPr="0044059F" w:rsidRDefault="006334BA" w:rsidP="4549D576">
            <w:pPr>
              <w:rPr>
                <w:lang w:val="pl-PL"/>
              </w:rPr>
            </w:pPr>
            <w:proofErr w:type="spellStart"/>
            <w:r w:rsidRPr="006334BA">
              <w:t>Wprowadzenie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oraz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przygotowanie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pacjenta</w:t>
            </w:r>
            <w:proofErr w:type="spellEnd"/>
            <w:r w:rsidRPr="006334BA">
              <w:t xml:space="preserve"> do </w:t>
            </w:r>
            <w:proofErr w:type="spellStart"/>
            <w:r w:rsidRPr="006334BA">
              <w:t>zabiegu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operacyjnego</w:t>
            </w:r>
            <w:proofErr w:type="spellEnd"/>
          </w:p>
        </w:tc>
      </w:tr>
      <w:tr w:rsidR="4549D576" w:rsidRPr="0044059F" w14:paraId="16784BF6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84DCE" w14:textId="6E0988AB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F8028" w14:textId="29F63D33" w:rsidR="4549D576" w:rsidRPr="0044059F" w:rsidRDefault="00E15201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1</w:t>
            </w:r>
            <w:r w:rsidR="00AA2F28" w:rsidRPr="0044059F">
              <w:rPr>
                <w:rFonts w:ascii="Calibri" w:eastAsia="Calibri" w:hAnsi="Calibri" w:cs="Calibri"/>
                <w:lang w:val="pl-PL"/>
              </w:rPr>
              <w:t>0</w:t>
            </w:r>
            <w:r w:rsidRPr="0044059F">
              <w:rPr>
                <w:rFonts w:ascii="Calibri" w:eastAsia="Calibri" w:hAnsi="Calibri" w:cs="Calibri"/>
                <w:lang w:val="pl-PL"/>
              </w:rPr>
              <w:t xml:space="preserve"> min</w:t>
            </w:r>
          </w:p>
        </w:tc>
      </w:tr>
      <w:tr w:rsidR="4549D576" w:rsidRPr="0044059F" w14:paraId="545F9491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2AD27" w14:textId="32FE9230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FB0F28" w14:textId="1AA78774" w:rsidR="008C3D20" w:rsidRPr="0044059F" w:rsidRDefault="009B0A52" w:rsidP="0044059F">
            <w:pPr>
              <w:rPr>
                <w:lang w:val="pl-PL"/>
              </w:rPr>
            </w:pPr>
            <w:r w:rsidRPr="0044059F">
              <w:rPr>
                <w:lang w:val="pl-PL"/>
              </w:rPr>
              <w:t>Omówienie celu zajęć, organizacji stanowisk ćwiczeniowych oraz zasad bezpieczeństwa i aseptyki. Przedstawienie modeli oraz sprzętu wykorzystywanego podczas zajęć.</w:t>
            </w:r>
          </w:p>
        </w:tc>
      </w:tr>
      <w:tr w:rsidR="4549D576" w:rsidRPr="0044059F" w14:paraId="43106AFA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32992" w14:textId="3BD5CDF2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Nazwa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53AB9" w14:textId="22C151AF" w:rsidR="4549D576" w:rsidRPr="0044059F" w:rsidRDefault="006334BA" w:rsidP="4549D576">
            <w:pPr>
              <w:rPr>
                <w:lang w:val="pl-PL"/>
              </w:rPr>
            </w:pPr>
            <w:proofErr w:type="spellStart"/>
            <w:r w:rsidRPr="006334BA">
              <w:t>Intubacja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dotchawicza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oraz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zakładanie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sondy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dożołądkowej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na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modelach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szkoleniowych</w:t>
            </w:r>
            <w:proofErr w:type="spellEnd"/>
          </w:p>
        </w:tc>
      </w:tr>
      <w:tr w:rsidR="4549D576" w:rsidRPr="0044059F" w14:paraId="531E2933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DD3DB" w14:textId="1C0653FB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DD21C" w14:textId="7617A9C3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8C7EE8" w:rsidRPr="0044059F">
              <w:rPr>
                <w:rFonts w:ascii="Calibri" w:eastAsia="Calibri" w:hAnsi="Calibri" w:cs="Calibri"/>
                <w:lang w:val="pl-PL"/>
              </w:rPr>
              <w:t>2</w:t>
            </w:r>
            <w:r w:rsidR="00AA2F28" w:rsidRPr="0044059F">
              <w:rPr>
                <w:rFonts w:ascii="Calibri" w:eastAsia="Calibri" w:hAnsi="Calibri" w:cs="Calibri"/>
                <w:lang w:val="pl-PL"/>
              </w:rPr>
              <w:t>0</w:t>
            </w:r>
            <w:r w:rsidR="00E15201" w:rsidRPr="0044059F">
              <w:rPr>
                <w:rFonts w:ascii="Calibri" w:eastAsia="Calibri" w:hAnsi="Calibri" w:cs="Calibri"/>
                <w:lang w:val="pl-PL"/>
              </w:rPr>
              <w:t xml:space="preserve"> min</w:t>
            </w:r>
          </w:p>
        </w:tc>
      </w:tr>
      <w:tr w:rsidR="4549D576" w:rsidRPr="0044059F" w14:paraId="4184316D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E2A81" w14:textId="7904654F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5D736" w14:textId="2A437146" w:rsidR="00B57245" w:rsidRPr="0044059F" w:rsidRDefault="006334BA" w:rsidP="00373122">
            <w:pPr>
              <w:rPr>
                <w:lang w:val="pl-PL"/>
              </w:rPr>
            </w:pPr>
            <w:proofErr w:type="spellStart"/>
            <w:r w:rsidRPr="006334BA">
              <w:t>Prowadzący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demonstruje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kolejne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etapy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intubacji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dotchawiczej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oraz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zakładania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sondy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dożołądkowej</w:t>
            </w:r>
            <w:proofErr w:type="spellEnd"/>
            <w:r w:rsidRPr="006334BA">
              <w:t xml:space="preserve"> z </w:t>
            </w:r>
            <w:proofErr w:type="spellStart"/>
            <w:r w:rsidRPr="006334BA">
              <w:t>wykorzystaniem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modeli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psa.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Studenci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ćwiczą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poszczególne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etapy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procedur</w:t>
            </w:r>
            <w:proofErr w:type="spellEnd"/>
            <w:r w:rsidRPr="006334BA">
              <w:t xml:space="preserve"> pod </w:t>
            </w:r>
            <w:proofErr w:type="spellStart"/>
            <w:r w:rsidRPr="006334BA">
              <w:t>nadzorem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prowadzącego</w:t>
            </w:r>
            <w:proofErr w:type="spellEnd"/>
            <w:r w:rsidRPr="006334BA">
              <w:t xml:space="preserve">, </w:t>
            </w:r>
            <w:proofErr w:type="spellStart"/>
            <w:r w:rsidRPr="006334BA">
              <w:t>zwracając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uwagę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na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prawidłową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kolejność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czynności</w:t>
            </w:r>
            <w:proofErr w:type="spellEnd"/>
            <w:r w:rsidRPr="006334BA">
              <w:t xml:space="preserve">, </w:t>
            </w:r>
            <w:proofErr w:type="spellStart"/>
            <w:r w:rsidRPr="006334BA">
              <w:t>dobór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sprzętu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oraz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zasady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bezpieczeństwa</w:t>
            </w:r>
            <w:proofErr w:type="spellEnd"/>
            <w:r w:rsidRPr="006334BA">
              <w:t>.</w:t>
            </w:r>
          </w:p>
        </w:tc>
      </w:tr>
      <w:tr w:rsidR="00B57245" w:rsidRPr="0044059F" w14:paraId="643625C9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EC0E1D" w14:textId="096A5BB7" w:rsidR="00B57245" w:rsidRPr="0044059F" w:rsidRDefault="00B57245" w:rsidP="00B57245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lang w:val="pl-PL"/>
              </w:rPr>
              <w:t>Nazwa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E66825" w14:textId="643975E3" w:rsidR="00B57245" w:rsidRPr="0044059F" w:rsidRDefault="006334BA" w:rsidP="00B57245">
            <w:pPr>
              <w:rPr>
                <w:lang w:val="pl-PL"/>
              </w:rPr>
            </w:pPr>
            <w:proofErr w:type="spellStart"/>
            <w:r w:rsidRPr="006334BA">
              <w:t>Wybrane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procedury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chirurgiczne</w:t>
            </w:r>
            <w:proofErr w:type="spellEnd"/>
            <w:r w:rsidRPr="006334BA">
              <w:t xml:space="preserve"> z </w:t>
            </w:r>
            <w:proofErr w:type="spellStart"/>
            <w:r w:rsidRPr="006334BA">
              <w:t>wykorzystaniem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modeli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szkoleniowych</w:t>
            </w:r>
            <w:proofErr w:type="spellEnd"/>
          </w:p>
        </w:tc>
      </w:tr>
      <w:tr w:rsidR="00B57245" w:rsidRPr="0044059F" w14:paraId="072509BC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5481C4" w14:textId="7D04F353" w:rsidR="00B57245" w:rsidRPr="0044059F" w:rsidRDefault="00B57245" w:rsidP="00B57245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lang w:val="pl-PL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02E557" w14:textId="15BBD159" w:rsidR="00B57245" w:rsidRPr="0044059F" w:rsidRDefault="009B0A52" w:rsidP="00B57245">
            <w:pPr>
              <w:rPr>
                <w:lang w:val="pl-PL"/>
              </w:rPr>
            </w:pPr>
            <w:r w:rsidRPr="0044059F">
              <w:rPr>
                <w:lang w:val="pl-PL"/>
              </w:rPr>
              <w:t>4</w:t>
            </w:r>
            <w:r w:rsidR="008C7EE8" w:rsidRPr="0044059F">
              <w:rPr>
                <w:lang w:val="pl-PL"/>
              </w:rPr>
              <w:t>0</w:t>
            </w:r>
            <w:r w:rsidR="00294596" w:rsidRPr="0044059F">
              <w:rPr>
                <w:lang w:val="pl-PL"/>
              </w:rPr>
              <w:t xml:space="preserve"> minut</w:t>
            </w:r>
          </w:p>
        </w:tc>
      </w:tr>
      <w:tr w:rsidR="00B57245" w:rsidRPr="0044059F" w14:paraId="4C34E4D5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F31D95" w14:textId="6D0901B4" w:rsidR="00B57245" w:rsidRPr="0044059F" w:rsidRDefault="00B57245" w:rsidP="00B57245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lang w:val="pl-PL"/>
              </w:rPr>
              <w:lastRenderedPageBreak/>
              <w:t xml:space="preserve">Sekwencja działań, zadań ćwiczeń lub innych aktywności w ramach zagadnienia </w:t>
            </w:r>
            <w:r w:rsidR="00C97566" w:rsidRPr="0044059F">
              <w:rPr>
                <w:lang w:val="pl-PL"/>
              </w:rPr>
              <w:t>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C29E05" w14:textId="4F04AD5F" w:rsidR="00B57245" w:rsidRPr="0044059F" w:rsidRDefault="006334BA" w:rsidP="00373122">
            <w:pPr>
              <w:rPr>
                <w:lang w:val="pl-PL"/>
              </w:rPr>
            </w:pPr>
            <w:proofErr w:type="spellStart"/>
            <w:r w:rsidRPr="006334BA">
              <w:t>Studenci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zapoznają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się</w:t>
            </w:r>
            <w:proofErr w:type="spellEnd"/>
            <w:r w:rsidRPr="006334BA">
              <w:t xml:space="preserve"> z </w:t>
            </w:r>
            <w:proofErr w:type="spellStart"/>
            <w:r w:rsidRPr="006334BA">
              <w:t>kolejnymi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etapami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kastracji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psa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oraz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sterylizacji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samicy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na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modelach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chirurgicznych</w:t>
            </w:r>
            <w:proofErr w:type="spellEnd"/>
            <w:r w:rsidRPr="006334BA">
              <w:t xml:space="preserve">. </w:t>
            </w:r>
            <w:proofErr w:type="spellStart"/>
            <w:r w:rsidRPr="006334BA">
              <w:t>Ćwiczenia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obejmują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identyfikację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podstawowych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struktur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anatomicznych</w:t>
            </w:r>
            <w:proofErr w:type="spellEnd"/>
            <w:r w:rsidRPr="006334BA">
              <w:t xml:space="preserve">, </w:t>
            </w:r>
            <w:proofErr w:type="spellStart"/>
            <w:r w:rsidRPr="006334BA">
              <w:t>omówienie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przebiegu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zabiegów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oraz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demonstrację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prawidłowego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wykorzystania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narzędzi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chirurgicznych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podczas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poszczególnych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etapów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procedury</w:t>
            </w:r>
            <w:proofErr w:type="spellEnd"/>
            <w:r w:rsidRPr="006334BA">
              <w:t>.</w:t>
            </w:r>
          </w:p>
        </w:tc>
      </w:tr>
      <w:tr w:rsidR="00E15201" w:rsidRPr="0044059F" w14:paraId="4DF733AB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5E5ECE" w14:textId="4AA6598C" w:rsidR="00E15201" w:rsidRPr="0044059F" w:rsidRDefault="00E15201" w:rsidP="00E15201">
            <w:pPr>
              <w:rPr>
                <w:lang w:val="pl-PL"/>
              </w:rPr>
            </w:pPr>
            <w:r w:rsidRPr="0044059F">
              <w:rPr>
                <w:lang w:val="pl-PL"/>
              </w:rPr>
              <w:t>Nazwa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67B0D2" w14:textId="115B88EE" w:rsidR="00E15201" w:rsidRPr="0044059F" w:rsidRDefault="009B0A52" w:rsidP="0044059F">
            <w:pPr>
              <w:rPr>
                <w:lang w:val="pl-PL"/>
              </w:rPr>
            </w:pPr>
            <w:r w:rsidRPr="0044059F">
              <w:rPr>
                <w:lang w:val="pl-PL"/>
              </w:rPr>
              <w:t>Podsumowanie i ewaluacja</w:t>
            </w:r>
          </w:p>
        </w:tc>
      </w:tr>
      <w:tr w:rsidR="00E15201" w:rsidRPr="0044059F" w14:paraId="11E7ACE5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C9EEB8" w14:textId="67C13B01" w:rsidR="00E15201" w:rsidRPr="0044059F" w:rsidRDefault="00E15201" w:rsidP="00E15201">
            <w:pPr>
              <w:rPr>
                <w:lang w:val="pl-PL"/>
              </w:rPr>
            </w:pPr>
            <w:r w:rsidRPr="0044059F">
              <w:rPr>
                <w:lang w:val="pl-PL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594FC5" w14:textId="7CCA1B5E" w:rsidR="00E15201" w:rsidRPr="0044059F" w:rsidRDefault="008C7EE8" w:rsidP="00E15201">
            <w:pPr>
              <w:rPr>
                <w:lang w:val="pl-PL"/>
              </w:rPr>
            </w:pPr>
            <w:r w:rsidRPr="0044059F">
              <w:rPr>
                <w:lang w:val="pl-PL"/>
              </w:rPr>
              <w:t>1</w:t>
            </w:r>
            <w:r w:rsidR="00AA2F28" w:rsidRPr="0044059F">
              <w:rPr>
                <w:lang w:val="pl-PL"/>
              </w:rPr>
              <w:t>0</w:t>
            </w:r>
            <w:r w:rsidR="00E15201" w:rsidRPr="0044059F">
              <w:rPr>
                <w:lang w:val="pl-PL"/>
              </w:rPr>
              <w:t xml:space="preserve"> min</w:t>
            </w:r>
          </w:p>
          <w:p w14:paraId="7FD7B92B" w14:textId="77777777" w:rsidR="00E15201" w:rsidRPr="0044059F" w:rsidRDefault="00E15201" w:rsidP="00E15201">
            <w:pPr>
              <w:pStyle w:val="Akapitzlist"/>
              <w:rPr>
                <w:lang w:val="pl-PL"/>
              </w:rPr>
            </w:pPr>
          </w:p>
        </w:tc>
      </w:tr>
      <w:tr w:rsidR="00E15201" w:rsidRPr="0044059F" w14:paraId="52C96357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67CB91" w14:textId="7046EF9B" w:rsidR="00E15201" w:rsidRPr="0044059F" w:rsidRDefault="00E15201" w:rsidP="00E15201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F951F2" w14:textId="30F6E221" w:rsidR="00C97566" w:rsidRPr="0044059F" w:rsidRDefault="006334BA" w:rsidP="00AA2F28">
            <w:pPr>
              <w:rPr>
                <w:lang w:val="pl-PL"/>
              </w:rPr>
            </w:pPr>
            <w:proofErr w:type="spellStart"/>
            <w:r w:rsidRPr="006334BA">
              <w:t>Omówienie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wykonanych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ćwiczeń</w:t>
            </w:r>
            <w:proofErr w:type="spellEnd"/>
            <w:r w:rsidRPr="006334BA">
              <w:t xml:space="preserve">, </w:t>
            </w:r>
            <w:proofErr w:type="spellStart"/>
            <w:r w:rsidRPr="006334BA">
              <w:t>analiza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najczęściej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popełnianych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błędów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oraz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wspólna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ocena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wykorzystania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modeli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chirurgicznych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podczas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nauki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procedur</w:t>
            </w:r>
            <w:proofErr w:type="spellEnd"/>
            <w:r w:rsidRPr="006334BA">
              <w:t xml:space="preserve">. </w:t>
            </w:r>
            <w:proofErr w:type="spellStart"/>
            <w:r w:rsidRPr="006334BA">
              <w:t>Ocena</w:t>
            </w:r>
            <w:proofErr w:type="spellEnd"/>
            <w:r w:rsidRPr="006334BA">
              <w:t xml:space="preserve"> z </w:t>
            </w:r>
            <w:proofErr w:type="spellStart"/>
            <w:r w:rsidRPr="006334BA">
              <w:t>wykorzystaniem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checklisty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oraz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dyskusja</w:t>
            </w:r>
            <w:proofErr w:type="spellEnd"/>
            <w:r w:rsidRPr="006334BA">
              <w:t xml:space="preserve"> </w:t>
            </w:r>
            <w:proofErr w:type="spellStart"/>
            <w:r w:rsidRPr="006334BA">
              <w:t>podsumowująca</w:t>
            </w:r>
            <w:proofErr w:type="spellEnd"/>
            <w:r w:rsidRPr="006334BA">
              <w:t>.</w:t>
            </w:r>
          </w:p>
        </w:tc>
      </w:tr>
      <w:tr w:rsidR="00E15201" w:rsidRPr="0044059F" w14:paraId="5E2CD87B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55D71D" w14:textId="40BC7814" w:rsidR="00E15201" w:rsidRPr="0044059F" w:rsidRDefault="00E15201" w:rsidP="00E15201">
            <w:pPr>
              <w:tabs>
                <w:tab w:val="left" w:pos="2520"/>
              </w:tabs>
              <w:rPr>
                <w:lang w:val="pl-PL"/>
              </w:rPr>
            </w:pP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2A3480" w14:textId="4AD0A0FA" w:rsidR="00E15201" w:rsidRPr="0044059F" w:rsidRDefault="00E15201" w:rsidP="00E15201">
            <w:pPr>
              <w:pStyle w:val="Akapitzlist"/>
              <w:rPr>
                <w:lang w:val="pl-PL"/>
              </w:rPr>
            </w:pPr>
          </w:p>
        </w:tc>
      </w:tr>
      <w:tr w:rsidR="00E15201" w:rsidRPr="0044059F" w14:paraId="0D8EB694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B88110" w14:textId="4947B9BE" w:rsidR="00E15201" w:rsidRPr="0044059F" w:rsidRDefault="00E15201" w:rsidP="00E15201">
            <w:pPr>
              <w:tabs>
                <w:tab w:val="left" w:pos="2520"/>
              </w:tabs>
              <w:rPr>
                <w:lang w:val="pl-PL"/>
              </w:rPr>
            </w:pP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3C1217" w14:textId="19576844" w:rsidR="00E15201" w:rsidRPr="0044059F" w:rsidRDefault="00E15201" w:rsidP="00E15201">
            <w:pPr>
              <w:pStyle w:val="Akapitzlist"/>
              <w:rPr>
                <w:lang w:val="pl-PL"/>
              </w:rPr>
            </w:pPr>
          </w:p>
        </w:tc>
      </w:tr>
      <w:tr w:rsidR="00E15201" w:rsidRPr="0044059F" w14:paraId="5E4A59C7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BE650" w14:textId="5FAD7AF9" w:rsidR="00E15201" w:rsidRPr="0044059F" w:rsidRDefault="00E15201" w:rsidP="00B57245">
            <w:pPr>
              <w:rPr>
                <w:lang w:val="pl-PL"/>
              </w:rPr>
            </w:pP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EF4583" w14:textId="77777777" w:rsidR="00E15201" w:rsidRPr="0044059F" w:rsidRDefault="00E15201" w:rsidP="00E15201">
            <w:pPr>
              <w:ind w:firstLine="720"/>
              <w:rPr>
                <w:lang w:val="pl-PL"/>
              </w:rPr>
            </w:pPr>
          </w:p>
        </w:tc>
      </w:tr>
    </w:tbl>
    <w:p w14:paraId="14C20F08" w14:textId="0BE51400" w:rsidR="551F1297" w:rsidRPr="0044059F" w:rsidRDefault="551F1297" w:rsidP="4549D576">
      <w:pPr>
        <w:pStyle w:val="Nagwek1"/>
        <w:rPr>
          <w:color w:val="auto"/>
          <w:lang w:val="pl-PL"/>
        </w:rPr>
      </w:pPr>
      <w:r w:rsidRPr="0044059F">
        <w:rPr>
          <w:rFonts w:ascii="Calibri" w:eastAsia="Calibri" w:hAnsi="Calibri" w:cs="Calibri"/>
          <w:color w:val="auto"/>
          <w:sz w:val="24"/>
          <w:szCs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44059F" w14:paraId="4E0B821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067DB" w14:textId="112BA0F3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Wykorzystane metody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EB3093" w14:textId="333B712B" w:rsidR="009B0A52" w:rsidRPr="0044059F" w:rsidRDefault="009B0A52" w:rsidP="009B0A52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prezentacja multimedialna, </w:t>
            </w:r>
          </w:p>
          <w:p w14:paraId="08B37CA1" w14:textId="59F58B28" w:rsidR="009B0A52" w:rsidRPr="0044059F" w:rsidRDefault="009B0A52" w:rsidP="009B0A52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pokaz praktyczny, </w:t>
            </w:r>
          </w:p>
          <w:p w14:paraId="68C0DE77" w14:textId="30983352" w:rsidR="009B0A52" w:rsidRPr="0044059F" w:rsidRDefault="009B0A52" w:rsidP="009B0A52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ćwiczenia praktyczne, </w:t>
            </w:r>
          </w:p>
          <w:p w14:paraId="4A235AFD" w14:textId="4AC6C395" w:rsidR="009B0A52" w:rsidRPr="0044059F" w:rsidRDefault="009B0A52" w:rsidP="009B0A52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praca na modelach i symulatorach, </w:t>
            </w:r>
          </w:p>
          <w:p w14:paraId="0AE9CF80" w14:textId="77777777" w:rsidR="4549D576" w:rsidRPr="0044059F" w:rsidRDefault="009B0A52" w:rsidP="009B0A52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dyskusja podsumowująca.</w:t>
            </w:r>
          </w:p>
          <w:p w14:paraId="6A6C5D09" w14:textId="221ED2E1" w:rsidR="00DE6F7F" w:rsidRPr="0044059F" w:rsidRDefault="00DE6F7F" w:rsidP="00064C21">
            <w:pPr>
              <w:rPr>
                <w:lang w:val="pl-PL"/>
              </w:rPr>
            </w:pPr>
            <w:r w:rsidRPr="0044059F">
              <w:rPr>
                <w:lang w:val="pl-PL"/>
              </w:rPr>
              <w:t>Podczas zajęć wykorzystywane są:</w:t>
            </w:r>
          </w:p>
          <w:p w14:paraId="5A3A1030" w14:textId="77777777" w:rsidR="00DE6F7F" w:rsidRPr="0044059F" w:rsidRDefault="00DE6F7F" w:rsidP="00DE6F7F">
            <w:pPr>
              <w:numPr>
                <w:ilvl w:val="0"/>
                <w:numId w:val="21"/>
              </w:numPr>
              <w:rPr>
                <w:lang w:val="pl-PL"/>
              </w:rPr>
            </w:pPr>
            <w:r w:rsidRPr="0044059F">
              <w:rPr>
                <w:lang w:val="pl-PL"/>
              </w:rPr>
              <w:t xml:space="preserve">model psa do nauki intubacji i zakładania sondy </w:t>
            </w:r>
            <w:proofErr w:type="spellStart"/>
            <w:r w:rsidRPr="0044059F">
              <w:rPr>
                <w:lang w:val="pl-PL"/>
              </w:rPr>
              <w:t>dożołądkowej</w:t>
            </w:r>
            <w:proofErr w:type="spellEnd"/>
            <w:r w:rsidRPr="0044059F">
              <w:rPr>
                <w:lang w:val="pl-PL"/>
              </w:rPr>
              <w:t xml:space="preserve">, </w:t>
            </w:r>
          </w:p>
          <w:p w14:paraId="008BED30" w14:textId="77777777" w:rsidR="00DE6F7F" w:rsidRPr="0044059F" w:rsidRDefault="00DE6F7F" w:rsidP="00DE6F7F">
            <w:pPr>
              <w:numPr>
                <w:ilvl w:val="0"/>
                <w:numId w:val="21"/>
              </w:numPr>
              <w:rPr>
                <w:lang w:val="pl-PL"/>
              </w:rPr>
            </w:pPr>
            <w:r w:rsidRPr="0044059F">
              <w:rPr>
                <w:lang w:val="pl-PL"/>
              </w:rPr>
              <w:t xml:space="preserve">model do nauki kastracji psa, </w:t>
            </w:r>
          </w:p>
          <w:p w14:paraId="1317058F" w14:textId="77777777" w:rsidR="00DE6F7F" w:rsidRPr="0044059F" w:rsidRDefault="00DE6F7F" w:rsidP="00DE6F7F">
            <w:pPr>
              <w:numPr>
                <w:ilvl w:val="0"/>
                <w:numId w:val="21"/>
              </w:numPr>
              <w:rPr>
                <w:lang w:val="pl-PL"/>
              </w:rPr>
            </w:pPr>
            <w:r w:rsidRPr="0044059F">
              <w:rPr>
                <w:lang w:val="pl-PL"/>
              </w:rPr>
              <w:t>symulator do nauki sterylizacji samicy psa.</w:t>
            </w:r>
          </w:p>
          <w:p w14:paraId="0B79D4EA" w14:textId="130D4119" w:rsidR="00DE6F7F" w:rsidRPr="0044059F" w:rsidRDefault="00DE6F7F" w:rsidP="009B0A52">
            <w:pPr>
              <w:rPr>
                <w:lang w:val="pl-PL"/>
              </w:rPr>
            </w:pPr>
          </w:p>
        </w:tc>
      </w:tr>
      <w:tr w:rsidR="4549D576" w:rsidRPr="0044059F" w14:paraId="3E803007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941D3" w14:textId="6305F4EA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Narzędzia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5BF33C" w14:textId="1F0B7C1C" w:rsidR="009B0A52" w:rsidRPr="0044059F" w:rsidRDefault="009B0A52" w:rsidP="009B0A52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modele i symulatory weterynaryjne, </w:t>
            </w:r>
          </w:p>
          <w:p w14:paraId="1D8F2D79" w14:textId="78639301" w:rsidR="009B0A52" w:rsidRPr="0044059F" w:rsidRDefault="009B0A52" w:rsidP="009B0A52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zestawy do przygotowania pacjenta, </w:t>
            </w:r>
          </w:p>
          <w:p w14:paraId="18D04B5C" w14:textId="4E9B1BF8" w:rsidR="009B0A52" w:rsidRPr="0044059F" w:rsidRDefault="009B0A52" w:rsidP="009B0A52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sprzęt chirurgiczny, </w:t>
            </w:r>
          </w:p>
          <w:p w14:paraId="09E7B814" w14:textId="3A384D3B" w:rsidR="009B0A52" w:rsidRPr="0044059F" w:rsidRDefault="009B0A52" w:rsidP="009B0A52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materiały jednorazowe, </w:t>
            </w:r>
          </w:p>
          <w:p w14:paraId="200A2AF4" w14:textId="77777777" w:rsidR="4549D576" w:rsidRPr="0044059F" w:rsidRDefault="009B0A52" w:rsidP="009B0A52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środki do dezynfekcji.</w:t>
            </w:r>
          </w:p>
          <w:p w14:paraId="0742CB49" w14:textId="13834341" w:rsidR="00D21675" w:rsidRPr="0044059F" w:rsidRDefault="00D21675" w:rsidP="00D21675">
            <w:pPr>
              <w:rPr>
                <w:lang w:val="pl-PL"/>
              </w:rPr>
            </w:pPr>
            <w:r w:rsidRPr="0044059F">
              <w:rPr>
                <w:lang w:val="pl-PL"/>
              </w:rPr>
              <w:t xml:space="preserve">rurki intubacyjne, </w:t>
            </w:r>
          </w:p>
          <w:p w14:paraId="5DD183C8" w14:textId="2D5FF7FA" w:rsidR="00D21675" w:rsidRPr="0044059F" w:rsidRDefault="00D21675" w:rsidP="00D21675">
            <w:pPr>
              <w:rPr>
                <w:lang w:val="pl-PL"/>
              </w:rPr>
            </w:pPr>
            <w:r w:rsidRPr="0044059F">
              <w:rPr>
                <w:lang w:val="pl-PL"/>
              </w:rPr>
              <w:t xml:space="preserve">sondy </w:t>
            </w:r>
            <w:proofErr w:type="spellStart"/>
            <w:r w:rsidRPr="0044059F">
              <w:rPr>
                <w:lang w:val="pl-PL"/>
              </w:rPr>
              <w:t>dożołądkowe</w:t>
            </w:r>
            <w:proofErr w:type="spellEnd"/>
            <w:r w:rsidRPr="0044059F">
              <w:rPr>
                <w:lang w:val="pl-PL"/>
              </w:rPr>
              <w:t>.</w:t>
            </w:r>
          </w:p>
        </w:tc>
      </w:tr>
      <w:tr w:rsidR="4549D576" w:rsidRPr="0044059F" w14:paraId="2E5E8D7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758B0" w14:textId="04C6788B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Formy pracy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04B48" w14:textId="0ED77D7F" w:rsidR="4549D576" w:rsidRPr="0044059F" w:rsidRDefault="0079713D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Praca grupowa, </w:t>
            </w:r>
            <w:r w:rsidR="4549D576" w:rsidRPr="0044059F">
              <w:rPr>
                <w:rFonts w:ascii="Calibri" w:eastAsia="Calibri" w:hAnsi="Calibri" w:cs="Calibri"/>
                <w:lang w:val="pl-PL"/>
              </w:rPr>
              <w:t>praca indywidualna</w:t>
            </w:r>
            <w:r w:rsidRPr="0044059F">
              <w:rPr>
                <w:rFonts w:ascii="Calibri" w:eastAsia="Calibri" w:hAnsi="Calibri" w:cs="Calibri"/>
                <w:lang w:val="pl-PL"/>
              </w:rPr>
              <w:t>.</w:t>
            </w:r>
            <w:r w:rsidR="4549D576"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</w:p>
        </w:tc>
      </w:tr>
      <w:tr w:rsidR="4549D576" w:rsidRPr="0044059F" w14:paraId="0FAC14BB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52618" w14:textId="43174B51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Literatura inne źródła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5B8B3C" w14:textId="6F2194B0" w:rsidR="004F45FD" w:rsidRPr="0044059F" w:rsidRDefault="004F45FD" w:rsidP="004F45FD">
            <w:pPr>
              <w:rPr>
                <w:rFonts w:ascii="Calibri" w:eastAsia="Calibri" w:hAnsi="Calibri" w:cs="Calibri"/>
                <w:lang w:val="pl-PL"/>
              </w:rPr>
            </w:pPr>
            <w:proofErr w:type="spellStart"/>
            <w:r w:rsidRPr="0044059F">
              <w:rPr>
                <w:rFonts w:ascii="Calibri" w:eastAsia="Calibri" w:hAnsi="Calibri" w:cs="Calibri"/>
                <w:b/>
                <w:bCs/>
                <w:lang w:val="pl-PL"/>
              </w:rPr>
              <w:t>Fossum</w:t>
            </w:r>
            <w:proofErr w:type="spellEnd"/>
            <w:r w:rsidRPr="0044059F">
              <w:rPr>
                <w:rFonts w:ascii="Calibri" w:eastAsia="Calibri" w:hAnsi="Calibri" w:cs="Calibri"/>
                <w:b/>
                <w:bCs/>
                <w:lang w:val="pl-PL"/>
              </w:rPr>
              <w:t xml:space="preserve"> T.W.</w:t>
            </w: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  <w:r w:rsidRPr="0044059F">
              <w:rPr>
                <w:rFonts w:ascii="Calibri" w:eastAsia="Calibri" w:hAnsi="Calibri" w:cs="Calibri"/>
                <w:i/>
                <w:iCs/>
                <w:lang w:val="pl-PL"/>
              </w:rPr>
              <w:t>Chirurgia małych zwierząt. Tom 1.</w:t>
            </w: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  <w:proofErr w:type="spellStart"/>
            <w:r w:rsidRPr="0044059F">
              <w:rPr>
                <w:rFonts w:ascii="Calibri" w:eastAsia="Calibri" w:hAnsi="Calibri" w:cs="Calibri"/>
                <w:lang w:val="pl-PL"/>
              </w:rPr>
              <w:t>Edra</w:t>
            </w:r>
            <w:proofErr w:type="spellEnd"/>
            <w:r w:rsidRPr="0044059F">
              <w:rPr>
                <w:rFonts w:ascii="Calibri" w:eastAsia="Calibri" w:hAnsi="Calibri" w:cs="Calibri"/>
                <w:lang w:val="pl-PL"/>
              </w:rPr>
              <w:t xml:space="preserve"> Urban &amp; Partner. </w:t>
            </w:r>
          </w:p>
          <w:p w14:paraId="33F9604D" w14:textId="788E794C" w:rsidR="004F45FD" w:rsidRPr="0044059F" w:rsidRDefault="004F45FD" w:rsidP="004F45FD">
            <w:pPr>
              <w:rPr>
                <w:rFonts w:ascii="Calibri" w:eastAsia="Calibri" w:hAnsi="Calibri" w:cs="Calibri"/>
                <w:lang w:val="pl-PL"/>
              </w:rPr>
            </w:pPr>
            <w:proofErr w:type="spellStart"/>
            <w:r w:rsidRPr="0044059F">
              <w:rPr>
                <w:rFonts w:ascii="Calibri" w:eastAsia="Calibri" w:hAnsi="Calibri" w:cs="Calibri"/>
                <w:b/>
                <w:bCs/>
                <w:lang w:val="pl-PL"/>
              </w:rPr>
              <w:t>Galanty</w:t>
            </w:r>
            <w:proofErr w:type="spellEnd"/>
            <w:r w:rsidRPr="0044059F">
              <w:rPr>
                <w:rFonts w:ascii="Calibri" w:eastAsia="Calibri" w:hAnsi="Calibri" w:cs="Calibri"/>
                <w:b/>
                <w:bCs/>
                <w:lang w:val="pl-PL"/>
              </w:rPr>
              <w:t xml:space="preserve"> M.</w:t>
            </w: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  <w:r w:rsidRPr="0044059F">
              <w:rPr>
                <w:rFonts w:ascii="Calibri" w:eastAsia="Calibri" w:hAnsi="Calibri" w:cs="Calibri"/>
                <w:i/>
                <w:iCs/>
                <w:lang w:val="pl-PL"/>
              </w:rPr>
              <w:t>Chirurgia małych zwierząt. Tom 1.</w:t>
            </w: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  <w:proofErr w:type="spellStart"/>
            <w:r w:rsidRPr="0044059F">
              <w:rPr>
                <w:rFonts w:ascii="Calibri" w:eastAsia="Calibri" w:hAnsi="Calibri" w:cs="Calibri"/>
                <w:lang w:val="pl-PL"/>
              </w:rPr>
              <w:t>PWRiL</w:t>
            </w:r>
            <w:proofErr w:type="spellEnd"/>
            <w:r w:rsidRPr="0044059F">
              <w:rPr>
                <w:rFonts w:ascii="Calibri" w:eastAsia="Calibri" w:hAnsi="Calibri" w:cs="Calibri"/>
                <w:lang w:val="pl-PL"/>
              </w:rPr>
              <w:t xml:space="preserve">. </w:t>
            </w:r>
          </w:p>
          <w:p w14:paraId="1C90C527" w14:textId="00159B65" w:rsidR="4549D576" w:rsidRPr="0044059F" w:rsidRDefault="4549D576" w:rsidP="004F45FD">
            <w:pPr>
              <w:rPr>
                <w:lang w:val="pl-PL"/>
              </w:rPr>
            </w:pPr>
          </w:p>
        </w:tc>
      </w:tr>
      <w:tr w:rsidR="4549D576" w:rsidRPr="0044059F" w14:paraId="0A91B36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3AF24" w14:textId="787EFBE1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Uwagi dodatkowe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1E96E" w14:textId="61CE235B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</w:p>
        </w:tc>
      </w:tr>
      <w:tr w:rsidR="4549D576" w:rsidRPr="0044059F" w14:paraId="7916ABF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42D6E" w14:textId="628EF307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lastRenderedPageBreak/>
              <w:t>Załączniki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3DE68" w14:textId="78579584" w:rsidR="4549D576" w:rsidRPr="0044059F" w:rsidRDefault="00D21675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Prezentacja multimedialna zawierająca treści programowe, opis procedur wykonywanych na modelach i symulatorach weterynaryjnych, pytania kontrolne oraz </w:t>
            </w:r>
            <w:proofErr w:type="spellStart"/>
            <w:r w:rsidRPr="0044059F">
              <w:rPr>
                <w:rFonts w:ascii="Calibri" w:eastAsia="Calibri" w:hAnsi="Calibri" w:cs="Calibri"/>
                <w:lang w:val="pl-PL"/>
              </w:rPr>
              <w:t>checklistę</w:t>
            </w:r>
            <w:proofErr w:type="spellEnd"/>
            <w:r w:rsidRPr="0044059F">
              <w:rPr>
                <w:rFonts w:ascii="Calibri" w:eastAsia="Calibri" w:hAnsi="Calibri" w:cs="Calibri"/>
                <w:lang w:val="pl-PL"/>
              </w:rPr>
              <w:t xml:space="preserve"> oceny umiejętności praktycznych.</w:t>
            </w:r>
          </w:p>
        </w:tc>
      </w:tr>
    </w:tbl>
    <w:p w14:paraId="42C7293F" w14:textId="134F267B" w:rsidR="551F1297" w:rsidRPr="0044059F" w:rsidRDefault="551F1297" w:rsidP="4549D576">
      <w:pPr>
        <w:pStyle w:val="Nagwek1"/>
        <w:rPr>
          <w:color w:val="auto"/>
          <w:lang w:val="pl-PL"/>
        </w:rPr>
      </w:pPr>
      <w:r w:rsidRPr="0044059F">
        <w:rPr>
          <w:rFonts w:ascii="Calibri" w:eastAsia="Calibri" w:hAnsi="Calibri" w:cs="Calibri"/>
          <w:color w:val="auto"/>
          <w:sz w:val="24"/>
          <w:szCs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7"/>
        <w:gridCol w:w="5083"/>
      </w:tblGrid>
      <w:tr w:rsidR="4549D576" w:rsidRPr="0044059F" w14:paraId="6CC5F37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86173" w14:textId="40B4C49C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Efekty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7CD749" w14:textId="77777777" w:rsidR="00064C21" w:rsidRPr="00064C21" w:rsidRDefault="00064C21" w:rsidP="00064C21">
            <w:pPr>
              <w:ind w:left="720"/>
              <w:rPr>
                <w:lang w:val="pl-PL"/>
              </w:rPr>
            </w:pPr>
            <w:r w:rsidRPr="00064C21">
              <w:rPr>
                <w:lang w:val="pl-PL"/>
              </w:rPr>
              <w:t>Po zakończeniu zajęć student:</w:t>
            </w:r>
          </w:p>
          <w:p w14:paraId="2A5BDE18" w14:textId="77777777" w:rsidR="00064C21" w:rsidRPr="00064C21" w:rsidRDefault="00064C21" w:rsidP="00064C21">
            <w:pPr>
              <w:numPr>
                <w:ilvl w:val="0"/>
                <w:numId w:val="23"/>
              </w:numPr>
              <w:rPr>
                <w:lang w:val="pl-PL"/>
              </w:rPr>
            </w:pPr>
            <w:r w:rsidRPr="00064C21">
              <w:rPr>
                <w:lang w:val="pl-PL"/>
              </w:rPr>
              <w:t xml:space="preserve">zna zasady przygotowania małych zwierząt do zabiegu operacyjnego, </w:t>
            </w:r>
          </w:p>
          <w:p w14:paraId="2163F8A4" w14:textId="77777777" w:rsidR="00064C21" w:rsidRPr="00064C21" w:rsidRDefault="00064C21" w:rsidP="00064C21">
            <w:pPr>
              <w:numPr>
                <w:ilvl w:val="0"/>
                <w:numId w:val="23"/>
              </w:numPr>
              <w:rPr>
                <w:lang w:val="pl-PL"/>
              </w:rPr>
            </w:pPr>
            <w:r w:rsidRPr="00064C21">
              <w:rPr>
                <w:b/>
                <w:bCs/>
                <w:lang w:val="pl-PL"/>
              </w:rPr>
              <w:t xml:space="preserve">wie, jak przebiega procedura intubacji dotchawiczej oraz zakładania sondy </w:t>
            </w:r>
            <w:proofErr w:type="spellStart"/>
            <w:r w:rsidRPr="00064C21">
              <w:rPr>
                <w:b/>
                <w:bCs/>
                <w:lang w:val="pl-PL"/>
              </w:rPr>
              <w:t>dożołądkowej</w:t>
            </w:r>
            <w:proofErr w:type="spellEnd"/>
            <w:r w:rsidRPr="00064C21">
              <w:rPr>
                <w:b/>
                <w:bCs/>
                <w:lang w:val="pl-PL"/>
              </w:rPr>
              <w:t>,</w:t>
            </w:r>
            <w:r w:rsidRPr="00064C21">
              <w:rPr>
                <w:lang w:val="pl-PL"/>
              </w:rPr>
              <w:t xml:space="preserve"> </w:t>
            </w:r>
          </w:p>
          <w:p w14:paraId="13466EB8" w14:textId="77777777" w:rsidR="00064C21" w:rsidRPr="00064C21" w:rsidRDefault="00064C21" w:rsidP="00064C21">
            <w:pPr>
              <w:numPr>
                <w:ilvl w:val="0"/>
                <w:numId w:val="23"/>
              </w:numPr>
              <w:rPr>
                <w:lang w:val="pl-PL"/>
              </w:rPr>
            </w:pPr>
            <w:r w:rsidRPr="00064C21">
              <w:rPr>
                <w:lang w:val="pl-PL"/>
              </w:rPr>
              <w:t xml:space="preserve">rozpoznaje kolejne etapy kastracji psa oraz sterylizacji samicy wykonywane na modelach chirurgicznych, </w:t>
            </w:r>
          </w:p>
          <w:p w14:paraId="101232BB" w14:textId="77777777" w:rsidR="00064C21" w:rsidRPr="00064C21" w:rsidRDefault="00064C21" w:rsidP="00064C21">
            <w:pPr>
              <w:numPr>
                <w:ilvl w:val="0"/>
                <w:numId w:val="23"/>
              </w:numPr>
              <w:rPr>
                <w:lang w:val="pl-PL"/>
              </w:rPr>
            </w:pPr>
            <w:r w:rsidRPr="00064C21">
              <w:rPr>
                <w:lang w:val="pl-PL"/>
              </w:rPr>
              <w:t xml:space="preserve">dobiera podstawowy sprzęt wykorzystywany podczas przygotowania pacjenta do zabiegu, </w:t>
            </w:r>
          </w:p>
          <w:p w14:paraId="2530F804" w14:textId="77777777" w:rsidR="00064C21" w:rsidRPr="00064C21" w:rsidRDefault="00064C21" w:rsidP="00064C21">
            <w:pPr>
              <w:numPr>
                <w:ilvl w:val="0"/>
                <w:numId w:val="23"/>
              </w:numPr>
              <w:rPr>
                <w:lang w:val="pl-PL"/>
              </w:rPr>
            </w:pPr>
            <w:r w:rsidRPr="00064C21">
              <w:rPr>
                <w:lang w:val="pl-PL"/>
              </w:rPr>
              <w:t xml:space="preserve">stosuje zasady aseptyki podczas wykonywania ćwiczeń na modelach, </w:t>
            </w:r>
          </w:p>
          <w:p w14:paraId="62A78140" w14:textId="77777777" w:rsidR="00064C21" w:rsidRPr="00064C21" w:rsidRDefault="00064C21" w:rsidP="00064C21">
            <w:pPr>
              <w:numPr>
                <w:ilvl w:val="0"/>
                <w:numId w:val="23"/>
              </w:numPr>
              <w:rPr>
                <w:lang w:val="pl-PL"/>
              </w:rPr>
            </w:pPr>
            <w:r w:rsidRPr="00064C21">
              <w:rPr>
                <w:lang w:val="pl-PL"/>
              </w:rPr>
              <w:t>identyfikuje najczęściej popełniane błędy podczas wykonywania omawianych procedur.</w:t>
            </w:r>
          </w:p>
          <w:p w14:paraId="6F636E7A" w14:textId="47483F1E" w:rsidR="00000FAD" w:rsidRPr="0044059F" w:rsidRDefault="00000FAD" w:rsidP="009B0A52">
            <w:pPr>
              <w:ind w:left="720"/>
              <w:rPr>
                <w:lang w:val="pl-PL"/>
              </w:rPr>
            </w:pPr>
          </w:p>
        </w:tc>
      </w:tr>
      <w:tr w:rsidR="4549D576" w:rsidRPr="0044059F" w14:paraId="66E94F55" w14:textId="77777777" w:rsidTr="00064C21">
        <w:trPr>
          <w:trHeight w:val="2238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9C2EE" w14:textId="2F7FF948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7A10B1" w14:textId="5624373D" w:rsidR="00064C21" w:rsidRPr="00064C21" w:rsidRDefault="00064C21" w:rsidP="00064C21">
            <w:pPr>
              <w:pStyle w:val="Akapitzlist"/>
              <w:numPr>
                <w:ilvl w:val="0"/>
                <w:numId w:val="24"/>
              </w:numPr>
              <w:rPr>
                <w:lang w:val="pl-PL"/>
              </w:rPr>
            </w:pPr>
            <w:r w:rsidRPr="00064C21">
              <w:rPr>
                <w:lang w:val="pl-PL"/>
              </w:rPr>
              <w:t xml:space="preserve">obserwacja aktywności studenta podczas ćwiczeń, </w:t>
            </w:r>
          </w:p>
          <w:p w14:paraId="76DF2E0A" w14:textId="312BD984" w:rsidR="00064C21" w:rsidRPr="00064C21" w:rsidRDefault="00064C21" w:rsidP="00064C21">
            <w:pPr>
              <w:pStyle w:val="Akapitzlist"/>
              <w:numPr>
                <w:ilvl w:val="0"/>
                <w:numId w:val="24"/>
              </w:numPr>
              <w:rPr>
                <w:lang w:val="pl-PL"/>
              </w:rPr>
            </w:pPr>
            <w:r w:rsidRPr="00064C21">
              <w:rPr>
                <w:lang w:val="pl-PL"/>
              </w:rPr>
              <w:t xml:space="preserve">ocena wykonywania elementów procedur na modelach szkoleniowych, </w:t>
            </w:r>
          </w:p>
          <w:p w14:paraId="6AF62A5E" w14:textId="667B8E68" w:rsidR="00064C21" w:rsidRPr="00064C21" w:rsidRDefault="00064C21" w:rsidP="00064C21">
            <w:pPr>
              <w:pStyle w:val="Akapitzlist"/>
              <w:numPr>
                <w:ilvl w:val="0"/>
                <w:numId w:val="24"/>
              </w:numPr>
              <w:rPr>
                <w:lang w:val="pl-PL"/>
              </w:rPr>
            </w:pPr>
            <w:r w:rsidRPr="00064C21">
              <w:rPr>
                <w:lang w:val="pl-PL"/>
              </w:rPr>
              <w:t xml:space="preserve">wykorzystanie </w:t>
            </w:r>
            <w:proofErr w:type="spellStart"/>
            <w:r w:rsidRPr="00064C21">
              <w:rPr>
                <w:lang w:val="pl-PL"/>
              </w:rPr>
              <w:t>checklisty</w:t>
            </w:r>
            <w:proofErr w:type="spellEnd"/>
            <w:r w:rsidRPr="00064C21">
              <w:rPr>
                <w:lang w:val="pl-PL"/>
              </w:rPr>
              <w:t xml:space="preserve"> oceny umiejętności praktycznych, </w:t>
            </w:r>
          </w:p>
          <w:p w14:paraId="00C4585B" w14:textId="1314E676" w:rsidR="00064C21" w:rsidRPr="00064C21" w:rsidRDefault="00064C21" w:rsidP="00064C21">
            <w:pPr>
              <w:pStyle w:val="Akapitzlist"/>
              <w:numPr>
                <w:ilvl w:val="0"/>
                <w:numId w:val="24"/>
              </w:numPr>
              <w:rPr>
                <w:lang w:val="pl-PL"/>
              </w:rPr>
            </w:pPr>
            <w:r w:rsidRPr="00064C21">
              <w:rPr>
                <w:lang w:val="pl-PL"/>
              </w:rPr>
              <w:t xml:space="preserve">pytania kontrolne, </w:t>
            </w:r>
          </w:p>
          <w:p w14:paraId="6518F107" w14:textId="15714C98" w:rsidR="4549D576" w:rsidRPr="0044059F" w:rsidRDefault="00064C21" w:rsidP="00064C21">
            <w:pPr>
              <w:pStyle w:val="Akapitzlist"/>
              <w:numPr>
                <w:ilvl w:val="0"/>
                <w:numId w:val="24"/>
              </w:numPr>
              <w:rPr>
                <w:lang w:val="pl-PL"/>
              </w:rPr>
            </w:pPr>
            <w:r w:rsidRPr="00064C21">
              <w:rPr>
                <w:lang w:val="pl-PL"/>
              </w:rPr>
              <w:t>dyskusja podsumowująca.</w:t>
            </w:r>
          </w:p>
        </w:tc>
      </w:tr>
    </w:tbl>
    <w:p w14:paraId="38469E4A" w14:textId="7772762A" w:rsidR="551F1297" w:rsidRPr="0044059F" w:rsidRDefault="551F1297" w:rsidP="4549D576">
      <w:pPr>
        <w:pStyle w:val="Nagwek1"/>
        <w:rPr>
          <w:color w:val="auto"/>
          <w:lang w:val="pl-PL"/>
        </w:rPr>
      </w:pPr>
      <w:r w:rsidRPr="0044059F">
        <w:rPr>
          <w:rFonts w:ascii="Calibri" w:eastAsia="Calibri" w:hAnsi="Calibri" w:cs="Calibri"/>
          <w:color w:val="auto"/>
          <w:sz w:val="24"/>
          <w:szCs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44059F" w14:paraId="7FC18C9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CA08F2" w14:textId="5EEF0524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Autor scenariusza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4244F" w14:textId="0130CFBB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2041AF" w:rsidRPr="0044059F">
              <w:rPr>
                <w:rFonts w:ascii="Calibri" w:eastAsia="Calibri" w:hAnsi="Calibri" w:cs="Calibri"/>
                <w:lang w:val="pl-PL"/>
              </w:rPr>
              <w:t>Dr n. wet. Jan Frymus</w:t>
            </w:r>
          </w:p>
        </w:tc>
      </w:tr>
      <w:tr w:rsidR="4549D576" w:rsidRPr="0044059F" w14:paraId="274786C2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DB2C21" w14:textId="47CDC704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Autor załączników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B38AD0" w14:textId="1CC9317B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2041AF" w:rsidRPr="0044059F">
              <w:rPr>
                <w:rFonts w:ascii="Calibri" w:eastAsia="Calibri" w:hAnsi="Calibri" w:cs="Calibri"/>
                <w:lang w:val="pl-PL"/>
              </w:rPr>
              <w:t>Dr n. wet. Jan Frymus</w:t>
            </w:r>
          </w:p>
        </w:tc>
      </w:tr>
    </w:tbl>
    <w:p w14:paraId="5B862A50" w14:textId="38EF437C" w:rsidR="4549D576" w:rsidRPr="0044059F" w:rsidRDefault="4549D576" w:rsidP="4549D576">
      <w:pPr>
        <w:spacing w:after="0"/>
        <w:rPr>
          <w:rFonts w:ascii="Calibri" w:eastAsia="Calibri" w:hAnsi="Calibri" w:cs="Calibri"/>
          <w:sz w:val="24"/>
          <w:szCs w:val="24"/>
          <w:lang w:val="pl-PL"/>
        </w:rPr>
      </w:pPr>
    </w:p>
    <w:p w14:paraId="50C74F68" w14:textId="6515037C" w:rsidR="4549D576" w:rsidRPr="0044059F" w:rsidRDefault="4549D576" w:rsidP="4549D576">
      <w:pPr>
        <w:rPr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:rsidRPr="0044059F" w14:paraId="75348FBE" w14:textId="77777777" w:rsidTr="4549D576">
        <w:tc>
          <w:tcPr>
            <w:tcW w:w="4316" w:type="dxa"/>
          </w:tcPr>
          <w:p w14:paraId="6E671BA3" w14:textId="47FFD31E" w:rsidR="00E316F3" w:rsidRPr="0044059F" w:rsidRDefault="00E316F3" w:rsidP="00FD4E44">
            <w:pPr>
              <w:rPr>
                <w:lang w:val="pl-PL"/>
              </w:rPr>
            </w:pPr>
            <w:r w:rsidRPr="0044059F">
              <w:rPr>
                <w:lang w:val="pl-PL"/>
              </w:rPr>
              <w:t>PRZEDMIOT</w:t>
            </w:r>
          </w:p>
        </w:tc>
        <w:tc>
          <w:tcPr>
            <w:tcW w:w="4314" w:type="dxa"/>
          </w:tcPr>
          <w:p w14:paraId="049C2498" w14:textId="2777704C" w:rsidR="00E316F3" w:rsidRPr="0044059F" w:rsidRDefault="00FE7E01" w:rsidP="00FD4E44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Chirurgia ogólna i anestezjologia</w:t>
            </w:r>
          </w:p>
        </w:tc>
      </w:tr>
    </w:tbl>
    <w:p w14:paraId="666B92D7" w14:textId="77777777" w:rsidR="00EE4D2C" w:rsidRDefault="00EE4D2C" w:rsidP="00EE4D2C">
      <w:r>
        <w:rPr>
          <w:rFonts w:ascii="Segoe UI Symbol" w:hAnsi="Segoe UI Symbol" w:cs="Segoe UI Symbol"/>
        </w:rPr>
        <w:t>🅭</w:t>
      </w:r>
      <w:r>
        <w:t xml:space="preserve"> </w:t>
      </w:r>
      <w:r>
        <w:rPr>
          <w:rFonts w:ascii="Segoe UI Symbol" w:hAnsi="Segoe UI Symbol" w:cs="Segoe UI Symbol"/>
        </w:rPr>
        <w:t>🅯</w:t>
      </w:r>
    </w:p>
    <w:p w14:paraId="47ED3904" w14:textId="77777777" w:rsidR="00EE4D2C" w:rsidRDefault="00EE4D2C" w:rsidP="00EE4D2C">
      <w:proofErr w:type="spellStart"/>
      <w:r>
        <w:t>Materiał</w:t>
      </w:r>
      <w:proofErr w:type="spellEnd"/>
      <w:r>
        <w:t xml:space="preserve"> jest </w:t>
      </w:r>
      <w:proofErr w:type="spellStart"/>
      <w:r>
        <w:t>udostępniony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licencji</w:t>
      </w:r>
      <w:proofErr w:type="spellEnd"/>
      <w:r>
        <w:t xml:space="preserve"> Creative Commons </w:t>
      </w:r>
      <w:proofErr w:type="spellStart"/>
      <w:r>
        <w:t>Uznanie</w:t>
      </w:r>
      <w:proofErr w:type="spellEnd"/>
      <w:r>
        <w:t xml:space="preserve"> </w:t>
      </w:r>
      <w:proofErr w:type="spellStart"/>
      <w:r>
        <w:t>autorstwa</w:t>
      </w:r>
      <w:proofErr w:type="spellEnd"/>
      <w:r>
        <w:t xml:space="preserve"> CC BY 4.0</w:t>
      </w:r>
    </w:p>
    <w:p w14:paraId="72B13268" w14:textId="77777777" w:rsidR="00EE4D2C" w:rsidRDefault="00EE4D2C" w:rsidP="00EE4D2C">
      <w:r>
        <w:lastRenderedPageBreak/>
        <w:t>https://creativecommons.org/licenses/by/4.0/deed.pl</w:t>
      </w:r>
    </w:p>
    <w:p w14:paraId="12E7A576" w14:textId="77777777" w:rsidR="00EE4D2C" w:rsidRDefault="00EE4D2C" w:rsidP="00EE4D2C">
      <w:proofErr w:type="spellStart"/>
      <w:r>
        <w:t>Materiał</w:t>
      </w:r>
      <w:proofErr w:type="spellEnd"/>
      <w:r>
        <w:t xml:space="preserve"> </w:t>
      </w:r>
      <w:proofErr w:type="spellStart"/>
      <w:r>
        <w:t>opracowany</w:t>
      </w:r>
      <w:proofErr w:type="spellEnd"/>
      <w:r>
        <w:t xml:space="preserve"> w </w:t>
      </w:r>
      <w:proofErr w:type="spellStart"/>
      <w:r>
        <w:t>związku</w:t>
      </w:r>
      <w:proofErr w:type="spellEnd"/>
      <w:r>
        <w:t xml:space="preserve"> z </w:t>
      </w:r>
      <w:proofErr w:type="spellStart"/>
      <w:r>
        <w:t>realizacją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„</w:t>
      </w:r>
      <w:proofErr w:type="spellStart"/>
      <w:r>
        <w:t>GreenTechEducation</w:t>
      </w:r>
      <w:proofErr w:type="spellEnd"/>
      <w:r>
        <w:t xml:space="preserve"> - SGGW </w:t>
      </w:r>
      <w:proofErr w:type="spellStart"/>
      <w:r>
        <w:t>dla</w:t>
      </w:r>
      <w:proofErr w:type="spellEnd"/>
    </w:p>
    <w:p w14:paraId="7E73F873" w14:textId="5BC36613" w:rsidR="00296112" w:rsidRDefault="00EE4D2C" w:rsidP="00EE4D2C">
      <w:proofErr w:type="spellStart"/>
      <w:r>
        <w:t>gospodarki</w:t>
      </w:r>
      <w:proofErr w:type="spellEnd"/>
      <w:r>
        <w:t xml:space="preserve"> </w:t>
      </w:r>
      <w:proofErr w:type="spellStart"/>
      <w:r>
        <w:t>przyszłości</w:t>
      </w:r>
      <w:proofErr w:type="spellEnd"/>
      <w:r>
        <w:t>” FERS.01.05-IP08-0330/23</w:t>
      </w:r>
    </w:p>
    <w:sectPr w:rsidR="00296112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50216" w14:textId="77777777" w:rsidR="000D6593" w:rsidRDefault="000D6593" w:rsidP="00521628">
      <w:pPr>
        <w:spacing w:after="0" w:line="240" w:lineRule="auto"/>
      </w:pPr>
      <w:r>
        <w:separator/>
      </w:r>
    </w:p>
  </w:endnote>
  <w:endnote w:type="continuationSeparator" w:id="0">
    <w:p w14:paraId="57B6F1C4" w14:textId="77777777" w:rsidR="000D6593" w:rsidRDefault="000D6593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C9A9" w14:textId="3573F18F" w:rsidR="00521628" w:rsidRPr="00706A48" w:rsidRDefault="006667E5" w:rsidP="006667E5">
    <w:pPr>
      <w:pStyle w:val="Stopka"/>
      <w:rPr>
        <w:lang w:val="pl-PL"/>
      </w:rPr>
    </w:pPr>
    <w:r w:rsidRPr="00706A48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706A48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706A48">
      <w:rPr>
        <w:rFonts w:ascii="Calibri" w:hAnsi="Calibri" w:cs="Calibri"/>
        <w:color w:val="000000"/>
        <w:shd w:val="clear" w:color="auto" w:fill="FFFFFF"/>
        <w:lang w:val="pl-PL"/>
      </w:rPr>
      <w:br/>
    </w:r>
    <w:r w:rsidRPr="00706A48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706A48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9B6CC" w14:textId="77777777" w:rsidR="000D6593" w:rsidRDefault="000D6593" w:rsidP="00521628">
      <w:pPr>
        <w:spacing w:after="0" w:line="240" w:lineRule="auto"/>
      </w:pPr>
      <w:r>
        <w:separator/>
      </w:r>
    </w:p>
  </w:footnote>
  <w:footnote w:type="continuationSeparator" w:id="0">
    <w:p w14:paraId="6D6D3EF7" w14:textId="77777777" w:rsidR="000D6593" w:rsidRDefault="000D6593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4217" w14:textId="4D1ACAD5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3C537AA5">
          <wp:extent cx="7322185" cy="487680"/>
          <wp:effectExtent l="0" t="0" r="0" b="7620"/>
          <wp:docPr id="10" name="Obraz 10" descr="Logotypy instytucji i programów finansujących projekty w Polsce, w tym Fundusze Europejskie, Rzeczpospolita Polska, Unia Europejska oraz Szkoła Główna Gospodarstwa Wiejskiego w Warszawie. Układ poziomy z kolorowymi symbolami i tekstem reprezentującymi źródła wsparcia i instytucje edukacyjne.&#10;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typy instytucji i programów finansujących projekty w Polsce, w tym Fundusze Europejskie, Rzeczpospolita Polska, Unia Europejska oraz Szkoła Główna Gospodarstwa Wiejskiego w Warszawie. Układ poziomy z kolorowymi symbolami i tekstem reprezentującymi źródła wsparcia i instytucje edukacyjne.&#10;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5930B9"/>
    <w:multiLevelType w:val="multilevel"/>
    <w:tmpl w:val="C694C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8D21BC"/>
    <w:multiLevelType w:val="multilevel"/>
    <w:tmpl w:val="C13A8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0947E6"/>
    <w:multiLevelType w:val="multilevel"/>
    <w:tmpl w:val="0470A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BC6D90"/>
    <w:multiLevelType w:val="hybridMultilevel"/>
    <w:tmpl w:val="F272B9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3BD0933"/>
    <w:multiLevelType w:val="multilevel"/>
    <w:tmpl w:val="4C84E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2103E1"/>
    <w:multiLevelType w:val="hybridMultilevel"/>
    <w:tmpl w:val="E7BCD41A"/>
    <w:lvl w:ilvl="0" w:tplc="B226C7E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23DD7"/>
    <w:multiLevelType w:val="hybridMultilevel"/>
    <w:tmpl w:val="2444C2E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2A7117"/>
    <w:multiLevelType w:val="multilevel"/>
    <w:tmpl w:val="9A60B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C00AD1"/>
    <w:multiLevelType w:val="hybridMultilevel"/>
    <w:tmpl w:val="2444C2E0"/>
    <w:lvl w:ilvl="0" w:tplc="68587A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E61D04"/>
    <w:multiLevelType w:val="hybridMultilevel"/>
    <w:tmpl w:val="8D0A33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B63230"/>
    <w:multiLevelType w:val="hybridMultilevel"/>
    <w:tmpl w:val="DA522D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BC1429"/>
    <w:multiLevelType w:val="multilevel"/>
    <w:tmpl w:val="3B3AA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F44199"/>
    <w:multiLevelType w:val="multilevel"/>
    <w:tmpl w:val="8AD22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CC6BFB"/>
    <w:multiLevelType w:val="hybridMultilevel"/>
    <w:tmpl w:val="ADA28D58"/>
    <w:lvl w:ilvl="0" w:tplc="9864C2C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2170B4"/>
    <w:multiLevelType w:val="hybridMultilevel"/>
    <w:tmpl w:val="2444C2E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955888">
    <w:abstractNumId w:val="8"/>
  </w:num>
  <w:num w:numId="2" w16cid:durableId="1368872152">
    <w:abstractNumId w:val="6"/>
  </w:num>
  <w:num w:numId="3" w16cid:durableId="776481877">
    <w:abstractNumId w:val="5"/>
  </w:num>
  <w:num w:numId="4" w16cid:durableId="1791170700">
    <w:abstractNumId w:val="4"/>
  </w:num>
  <w:num w:numId="5" w16cid:durableId="1560750723">
    <w:abstractNumId w:val="7"/>
  </w:num>
  <w:num w:numId="6" w16cid:durableId="1282686702">
    <w:abstractNumId w:val="3"/>
  </w:num>
  <w:num w:numId="7" w16cid:durableId="2048145045">
    <w:abstractNumId w:val="2"/>
  </w:num>
  <w:num w:numId="8" w16cid:durableId="1213226304">
    <w:abstractNumId w:val="1"/>
  </w:num>
  <w:num w:numId="9" w16cid:durableId="33821245">
    <w:abstractNumId w:val="0"/>
  </w:num>
  <w:num w:numId="10" w16cid:durableId="1507557339">
    <w:abstractNumId w:val="22"/>
  </w:num>
  <w:num w:numId="11" w16cid:durableId="93594043">
    <w:abstractNumId w:val="17"/>
  </w:num>
  <w:num w:numId="12" w16cid:durableId="637565873">
    <w:abstractNumId w:val="15"/>
  </w:num>
  <w:num w:numId="13" w16cid:durableId="2060129408">
    <w:abstractNumId w:val="23"/>
  </w:num>
  <w:num w:numId="14" w16cid:durableId="129053765">
    <w:abstractNumId w:val="19"/>
  </w:num>
  <w:num w:numId="15" w16cid:durableId="93791065">
    <w:abstractNumId w:val="14"/>
  </w:num>
  <w:num w:numId="16" w16cid:durableId="1395199944">
    <w:abstractNumId w:val="13"/>
  </w:num>
  <w:num w:numId="17" w16cid:durableId="1371108463">
    <w:abstractNumId w:val="10"/>
  </w:num>
  <w:num w:numId="18" w16cid:durableId="78143739">
    <w:abstractNumId w:val="18"/>
  </w:num>
  <w:num w:numId="19" w16cid:durableId="225990489">
    <w:abstractNumId w:val="20"/>
  </w:num>
  <w:num w:numId="20" w16cid:durableId="1143082959">
    <w:abstractNumId w:val="16"/>
  </w:num>
  <w:num w:numId="21" w16cid:durableId="1665739630">
    <w:abstractNumId w:val="9"/>
  </w:num>
  <w:num w:numId="22" w16cid:durableId="2027443045">
    <w:abstractNumId w:val="21"/>
  </w:num>
  <w:num w:numId="23" w16cid:durableId="216016479">
    <w:abstractNumId w:val="11"/>
  </w:num>
  <w:num w:numId="24" w16cid:durableId="91509356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FAD"/>
    <w:rsid w:val="00011F7A"/>
    <w:rsid w:val="00034616"/>
    <w:rsid w:val="00035CD3"/>
    <w:rsid w:val="00056BC1"/>
    <w:rsid w:val="0006063C"/>
    <w:rsid w:val="00064C21"/>
    <w:rsid w:val="00077043"/>
    <w:rsid w:val="00091956"/>
    <w:rsid w:val="00093343"/>
    <w:rsid w:val="000D6593"/>
    <w:rsid w:val="000F1F39"/>
    <w:rsid w:val="001210B4"/>
    <w:rsid w:val="00122098"/>
    <w:rsid w:val="0015074B"/>
    <w:rsid w:val="00152252"/>
    <w:rsid w:val="0015608E"/>
    <w:rsid w:val="001C2198"/>
    <w:rsid w:val="001F1A31"/>
    <w:rsid w:val="002041AF"/>
    <w:rsid w:val="00217845"/>
    <w:rsid w:val="00294596"/>
    <w:rsid w:val="00296112"/>
    <w:rsid w:val="0029639D"/>
    <w:rsid w:val="002A1329"/>
    <w:rsid w:val="00310097"/>
    <w:rsid w:val="00326F90"/>
    <w:rsid w:val="003318DC"/>
    <w:rsid w:val="00337869"/>
    <w:rsid w:val="00340DAA"/>
    <w:rsid w:val="003628CD"/>
    <w:rsid w:val="00373122"/>
    <w:rsid w:val="003A0AC6"/>
    <w:rsid w:val="003D3147"/>
    <w:rsid w:val="003D3173"/>
    <w:rsid w:val="003D428D"/>
    <w:rsid w:val="003E48BF"/>
    <w:rsid w:val="003F5BD9"/>
    <w:rsid w:val="003F7873"/>
    <w:rsid w:val="0044059F"/>
    <w:rsid w:val="0044797C"/>
    <w:rsid w:val="0045259D"/>
    <w:rsid w:val="00456038"/>
    <w:rsid w:val="00476D34"/>
    <w:rsid w:val="00490175"/>
    <w:rsid w:val="004B726D"/>
    <w:rsid w:val="004D3493"/>
    <w:rsid w:val="004D57F4"/>
    <w:rsid w:val="004F45FD"/>
    <w:rsid w:val="004F4BEA"/>
    <w:rsid w:val="005143E8"/>
    <w:rsid w:val="00521628"/>
    <w:rsid w:val="00527A38"/>
    <w:rsid w:val="0058212E"/>
    <w:rsid w:val="005A7280"/>
    <w:rsid w:val="005A7D5C"/>
    <w:rsid w:val="005D1D22"/>
    <w:rsid w:val="005D4D6F"/>
    <w:rsid w:val="00611E7D"/>
    <w:rsid w:val="00612384"/>
    <w:rsid w:val="00612C77"/>
    <w:rsid w:val="006227B8"/>
    <w:rsid w:val="00627456"/>
    <w:rsid w:val="006334BA"/>
    <w:rsid w:val="00646C4E"/>
    <w:rsid w:val="006560EF"/>
    <w:rsid w:val="006667E5"/>
    <w:rsid w:val="006B4670"/>
    <w:rsid w:val="007015CA"/>
    <w:rsid w:val="00706A48"/>
    <w:rsid w:val="007444E4"/>
    <w:rsid w:val="00753069"/>
    <w:rsid w:val="00777F8C"/>
    <w:rsid w:val="0079713D"/>
    <w:rsid w:val="007A588A"/>
    <w:rsid w:val="007E09B4"/>
    <w:rsid w:val="007E4B8F"/>
    <w:rsid w:val="007F1637"/>
    <w:rsid w:val="0084200F"/>
    <w:rsid w:val="00864974"/>
    <w:rsid w:val="008C3D20"/>
    <w:rsid w:val="008C7EE8"/>
    <w:rsid w:val="008D0CBA"/>
    <w:rsid w:val="008D4175"/>
    <w:rsid w:val="009157FD"/>
    <w:rsid w:val="00936688"/>
    <w:rsid w:val="009456D1"/>
    <w:rsid w:val="00976B8B"/>
    <w:rsid w:val="009B0A52"/>
    <w:rsid w:val="009F28E8"/>
    <w:rsid w:val="00A134BC"/>
    <w:rsid w:val="00A27679"/>
    <w:rsid w:val="00A557B3"/>
    <w:rsid w:val="00A6770E"/>
    <w:rsid w:val="00A82949"/>
    <w:rsid w:val="00AA1D8D"/>
    <w:rsid w:val="00AA2F28"/>
    <w:rsid w:val="00AC1286"/>
    <w:rsid w:val="00AC1378"/>
    <w:rsid w:val="00AE1736"/>
    <w:rsid w:val="00B34F4E"/>
    <w:rsid w:val="00B47730"/>
    <w:rsid w:val="00B57245"/>
    <w:rsid w:val="00B63A80"/>
    <w:rsid w:val="00B734AA"/>
    <w:rsid w:val="00B82CF0"/>
    <w:rsid w:val="00B92A90"/>
    <w:rsid w:val="00B96F34"/>
    <w:rsid w:val="00BA4DD9"/>
    <w:rsid w:val="00BD0713"/>
    <w:rsid w:val="00BE192A"/>
    <w:rsid w:val="00C07E89"/>
    <w:rsid w:val="00C472F8"/>
    <w:rsid w:val="00C5174D"/>
    <w:rsid w:val="00C551F5"/>
    <w:rsid w:val="00C66032"/>
    <w:rsid w:val="00C8548C"/>
    <w:rsid w:val="00C91B04"/>
    <w:rsid w:val="00C97566"/>
    <w:rsid w:val="00CA63C9"/>
    <w:rsid w:val="00CB0664"/>
    <w:rsid w:val="00CB205F"/>
    <w:rsid w:val="00CD4559"/>
    <w:rsid w:val="00CF2E8F"/>
    <w:rsid w:val="00CF797C"/>
    <w:rsid w:val="00D054A7"/>
    <w:rsid w:val="00D21675"/>
    <w:rsid w:val="00D62141"/>
    <w:rsid w:val="00D64982"/>
    <w:rsid w:val="00D67E70"/>
    <w:rsid w:val="00D74BA4"/>
    <w:rsid w:val="00D85CF7"/>
    <w:rsid w:val="00D9781D"/>
    <w:rsid w:val="00DD012F"/>
    <w:rsid w:val="00DD662C"/>
    <w:rsid w:val="00DE6F7F"/>
    <w:rsid w:val="00DF6BFF"/>
    <w:rsid w:val="00E15201"/>
    <w:rsid w:val="00E259C1"/>
    <w:rsid w:val="00E316F3"/>
    <w:rsid w:val="00E41A6D"/>
    <w:rsid w:val="00E55669"/>
    <w:rsid w:val="00E7036B"/>
    <w:rsid w:val="00E72D3B"/>
    <w:rsid w:val="00EE4D2C"/>
    <w:rsid w:val="00F450E4"/>
    <w:rsid w:val="00F4648D"/>
    <w:rsid w:val="00F5150A"/>
    <w:rsid w:val="00F64836"/>
    <w:rsid w:val="00F724FD"/>
    <w:rsid w:val="00F741CF"/>
    <w:rsid w:val="00F95C39"/>
    <w:rsid w:val="00F9610F"/>
    <w:rsid w:val="00FC1F8F"/>
    <w:rsid w:val="00FC693F"/>
    <w:rsid w:val="00FD3E5E"/>
    <w:rsid w:val="00FE7E01"/>
    <w:rsid w:val="00FF3A01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AE60F7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4B8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5</Pages>
  <Words>910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 Frymus</cp:lastModifiedBy>
  <cp:revision>19</cp:revision>
  <dcterms:created xsi:type="dcterms:W3CDTF">2026-06-29T21:48:00Z</dcterms:created>
  <dcterms:modified xsi:type="dcterms:W3CDTF">2026-07-31T09:12:00Z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</Properties>
</file>